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แบบใบลาพักผ่อน (ข้าราชการ / พนักงานราชการ / ลูกจ้าง)</w:t>
        <w:br/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เขียนที่: [ชื่อหน่วยงาน/สถานที่]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ขอลาพักผ่อนประจำปี</w:t>
      </w:r>
    </w:p>
    <w:p>
      <w:pPr>
        <w:spacing w:before="2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[ระบุตำแหน่งผู้บังคับบัญชา เช่น ผู้อำนวยการ / อธิบดี]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สกุล ผู้ขอลา] ตำแหน่ง [ตำแหน่ง] สังกัด [หน่วยงาน] ขอลาพักผ่อนประจำปี ตั้งแต่วันที่ [วันที่เริ่มลา] ถึงวันที่ [วันที่สิ้นสุด] กำหนด [จำนวนวัน] วันทำการ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ในระหว่างลาพักผ่อน สามารถติดต่อข้าพเจ้าได้ที่ [ที่อยู่ระหว่างลา] เบอร์โทรศัพท์ [เบอร์โทร]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4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ผู้ขอลา</w:t>
              <w:br/>
              <w:t>( ................................ )</w:t>
              <w:br/>
              <w:br/>
            </w:r>
          </w:p>
        </w:tc>
      </w:tr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สถิติการลาประจำปีงบประมาณ:</w:t>
              <w:br/>
            </w:r>
            <w:r>
              <w:rPr>
                <w:rFonts w:ascii="TH Sarabun PSK" w:hAnsi="TH Sarabun PSK"/>
                <w:b w:val="0"/>
                <w:i w:val="0"/>
                <w:sz w:val="28"/>
                <w:rFonts w:ascii="TH Sarabun PSK" w:hAnsi="TH Sarabun PSK" w:cs="TH Sarabun PSK"/>
              </w:rPr>
              <w:t>ลามาแล้ว .......... วันทำการ</w:t>
              <w:br/>
              <w:t>ลาครั้งนี้ .......... วันทำการ</w:t>
              <w:br/>
              <w:t>รวมเป็น .......... วันทำการ</w:t>
              <w:br/>
              <w:t>(ลงชื่อ) ........................................ ผู้ตรวจสอบ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คำสั่ง:  [  ] อนุญาต      [  ] ไม่อนุญาต</w:t>
              <w:br/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[ชื่อผู้มีอำนาจสั่งอนุญาต]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