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แบบ ข.๑</w:t>
        <w:br/>
      </w:r>
    </w:p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4"/>
          <w:rFonts w:ascii="TH Sarabun PSK" w:hAnsi="TH Sarabun PSK" w:cs="TH Sarabun PSK"/>
        </w:rPr>
        <w:t>คำขออนุญาตก่อสร้าง ดัดแปลง รื้อถอน หรือเคลื่อนย้ายอาคาร</w:t>
        <w:br/>
      </w:r>
      <w:r>
        <w:rPr>
          <w:rFonts w:ascii="TH Sarabun PSK" w:hAnsi="TH Sarabun PSK"/>
          <w:b w:val="0"/>
          <w:i w:val="0"/>
          <w:sz w:val="28"/>
          <w:rFonts w:ascii="TH Sarabun PSK" w:hAnsi="TH Sarabun PSK" w:cs="TH Sarabun PSK"/>
        </w:rPr>
        <w:t>ตามพระราชบัญญัติควบคุมอาคาร พ.ศ. ๒๕๒๒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เขียนที่: [ที่อยู่/สถานที่เขียนคำขอ]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4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เจ้าพนักงานท้องถิ่น (นายกเทศมนตรี / นายก อบต. [ชื่อ อปท.])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 ผู้ขออนุญาต] อายุ [อายุ] ปี บัตรประชาชนเลขที่ [เลขบัตร ๑๓ หลัก] อยู่บ้านเลขที่ [ที่อยู่ผู้ขออนุญาต] ขอยื่นคำขอรับใบอนุญาต: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ก่อสร้างอาคาร      [  ] ดัดแปลงอาคาร      [  ] รื้อถอนอาคาร      [  ] เคลื่อนย้ายอาคาร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ชนิดอาคาร: [ระบุชนิดอาคาร เช่น บ้านพักอาศัย คสล. ๒ ชั้น / อาคารพาณิชย์] เพื่อใช้เป็น [ระบุการใช้สอย เช่น พักอาศัย / ค้าขาย]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ในที่ดินโฉนดเลขที่ [ระบุเลขโฉนดที่ดิน] ตำบล [ตำบล] อำเภอ [อำเภอ] จังหวัด [จังหวัด]</w:t>
      </w:r>
    </w:p>
    <w:p>
      <w:pPr>
        <w:spacing w:before="40" w:after="4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พร้อมคำขอนี้ ข้าพเจ้าได้แนบแผนผังบริเวณ แบบแปลน รายการคำนวณ สำเนาโฉนดที่ดิน และหนังสือยินยอม มาด้วยแล้ว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ผู้ขออนุญาต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[ชื่อผู้ขออนุญาต]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โทรศัพท์: [เบอร์โทรศัพท์]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