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๗๒๒๓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ใบเบิกเงินสวัสดิการเกี่ยวกับการศึกษาของบุตร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ขอเบิกเงินสวัสดิการเกี่ยวกับการศึกษาของบุตร ประจำปีการศึกษา [ปี พ.ศ.] ดังนี้: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2268"/>
        <w:gridCol w:w="2268"/>
        <w:gridCol w:w="2268"/>
        <w:gridCol w:w="2268"/>
      </w:tblGrid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ชื่อ - สกุล บุตร</w:t>
            </w:r>
          </w:p>
        </w:tc>
        <w:tc>
          <w:tcPr>
            <w:tcW w:type="dxa" w:w="198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วัน/เดือน/ปีเกิด</w:t>
            </w:r>
          </w:p>
        </w:tc>
        <w:tc>
          <w:tcPr>
            <w:tcW w:type="dxa" w:w="255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สถานศึกษา / ชั้นเรียน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จำนวนเงินที่ขอเบิก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๑. [ชื่อบุตรคนที่ ๑]</w:t>
            </w:r>
          </w:p>
        </w:tc>
        <w:tc>
          <w:tcPr>
            <w:tcW w:type="dxa" w:w="198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[วันเกิด]</w:t>
            </w:r>
          </w:p>
        </w:tc>
        <w:tc>
          <w:tcPr>
            <w:tcW w:type="dxa" w:w="255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[ชื่อโรงเรียน / ชั้น ป.๑]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[จำนวนเงิน]</w:t>
            </w:r>
          </w:p>
        </w:tc>
      </w:tr>
      <w:tr>
        <w:trPr>
          <w:cantSplit/>
        </w:trPr>
        <w:tc>
          <w:tcPr>
            <w:tcW w:type="dxa" w:w="2835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๒. [ชื่อบุตรคนที่ ๒]</w:t>
            </w:r>
          </w:p>
        </w:tc>
        <w:tc>
          <w:tcPr>
            <w:tcW w:type="dxa" w:w="1984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[วันเกิด]</w:t>
            </w:r>
          </w:p>
        </w:tc>
        <w:tc>
          <w:tcPr>
            <w:tcW w:type="dxa" w:w="255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[ชื่อโรงเรียน / ชั้น ม.๑]</w:t>
            </w:r>
          </w:p>
        </w:tc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60" w:type="dxa"/>
              <w:bottom w:w="60" w:type="dxa"/>
              <w:left w:w="60" w:type="dxa"/>
              <w:right w:w="6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[จำนวนเงิน]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ผู้ขอเบิก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[ชื่อผู้ขอเบิก]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