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แบบคำขอลงทะเบียนรับเงินเบี้ยยังชีพผู้สูงอายุ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องค์กรปกครองส่วนท้องถิ่น [ชื่อเทศบาล / อบต.]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ยื่นคำขอวันที่: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[นาย / นาง / นางสาว ชื่อ - สกุล] เกิดวันที่ [วันเกิด] อายุ [อายุครบ ๖๐ ปีบริบูรณ์] ปี เลขบัตรประชาชน [เลข ๑๓ หลัก] อยู่บ้านเลขที่ [ที่อยู่ตามทะเบียนบ้าน] เบอร์โทรศัพท์ [เบอร์โทร]</w:t>
      </w:r>
    </w:p>
    <w:p>
      <w:pPr>
        <w:spacing w:before="4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มีความประสงค์ขอรับเงินเบี้ยยังชีพผู้สูงอายุ ประจำปีงบประมาณ พ.ศ. ๒๕....... โดยเลือกรับเงินผ่านช่องทาง: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รับเงินสดด้วยตนเอง ณ ที่ทำการองค์กรปกครองส่วนท้องถิ่น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รับเงินสดโดยบุคคลที่ได้รับมอบอำนาจจากผู้สูงอายุ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โอนเงินเข้าบัญชีเงินฝาก [ชื่อธนาคาร] สาขา [สาขา] เลขที่บัญชี [เลขที่บัญชี] (แนบสำเนาสมุดบัญชี)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ผู้ยื่นคำขอ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[ชื่อผู้ยื่นคำขอ]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