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15038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u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5038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[ระบุรหัสพยัญชนะและเลขประจำของส่วนราชการ เช่น นร ๐๑xx/xxxx]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[ชื่อส่วนราชการเจ้าของหนังสือ]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[ที่อยู่ส่วนราชการและรหัสไปรษณีย์]</w:t>
            </w:r>
          </w:p>
        </w:tc>
      </w:tr>
    </w:tbl>
    <w:p>
      <w:pPr>
        <w:spacing w:before="40" w:after="40" w:line="240" w:lineRule="auto"/>
        <w:jc w:val="center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[วันที่]  [เดือน]  พ.ศ. [ปี พ.ศ.]</w:t>
      </w:r>
    </w:p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ขอความอนุเคราะห์ [ระบุเรื่อง เช่น ขอความอนุเคราะห์วิทยากร / ขอใช้สถานที่]</w:t>
      </w:r>
    </w:p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[ระบุตำแหน่งผู้รับหนังสือภายนอก เช่น อธิบดี / ผู้ว่าราชการจังหวัด / กรรมการผู้จัดการ]</w:t>
      </w:r>
    </w:p>
    <w:p>
      <w:pPr>
        <w:spacing w:before="2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สิ่งที่ส่งมาด้วย   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กำหนดการและรายละเอียดโครงการ  จำนวน  ๑  ชุด</w:t>
      </w:r>
    </w:p>
    <w:p>
      <w:pPr>
        <w:spacing w:before="20" w:after="2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ด้วย [ชื่อส่วนราชการผู้ส่ง] มีกำหนดจัดโครงการ [ชื่อโครงการ/กิจกรรม] ในวันที่ [วันที่] ณ [สถานที่จัดงาน] โดยมีวัตถุประสงค์เพื่อ [ระบุวัตถุประสงค์ของการจัดโครงการ]</w:t>
      </w:r>
    </w:p>
    <w:p>
      <w:pPr>
        <w:spacing w:before="20" w:after="2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ในการนี้ เพื่อให้การจัดโครงการเป็นไปด้วยความเรียบร้อยและบรรลุวัตถุประสงค์ จึงใคร่ขอความอนุเคราะห์จากท่าน [ระบุสิ่งที่ขอ เช่น อนุญาตให้บุคลากรในสังกัดเป็นวิทยากรบรรยาย / ขออนุญาตใช้สถานที่] ตามวันและเวลาดังกล่าว</w:t>
      </w:r>
    </w:p>
    <w:p>
      <w:pPr>
        <w:spacing w:before="2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จึงเรียนมาเพื่อโปรดพิจารณาให้ความอนุเคราะห์ และขอขอบคุณมา ณ โอกาสนี้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[ชื่อสำนัก / กอง / กลุ่มงาน]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โทรศัพท์: [เบอร์โทรศัพท์]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โทรสาร: [เบอร์โทรสาร]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e-mail: [อีเมลหน่วยงาน]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ขอแสดงความนับถือ</w:t>
              <w:br/>
              <w:br/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 - นามสกุล หัวหน้าส่วนราชการ]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ตำแหน่ง [ระบุตำแหน่ง]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