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แบบรับเรื่องร้องเรียน / ร้องทุกข์ ศูนย์ดำรงธรรม</w:t>
        <w:br/>
      </w:r>
      <w:r>
        <w:rPr>
          <w:rFonts w:ascii="TH Sarabun PSK" w:hAnsi="TH Sarabun PSK"/>
          <w:b w:val="0"/>
          <w:i w:val="0"/>
          <w:sz w:val="28"/>
          <w:rFonts w:ascii="TH Sarabun PSK" w:hAnsi="TH Sarabun PSK" w:cs="TH Sarabun PSK"/>
        </w:rPr>
        <w:t>ศูนย์ดำรงธรรม [อำเภอ / จังหวัด / อปท.] 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เขียนที่: [ศูนย์ดำรงธรรม...]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วันที่: [วันที่]</w:t>
            </w:r>
          </w:p>
        </w:tc>
      </w:tr>
    </w:tbl>
    <w:p>
      <w:pPr>
        <w:spacing w:before="4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เรื่อง   </w:t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ขอความช่วยเหลือ / ร้องเรียนเรื่อง [ระบุหัวข้อเรื่องร้องเรียน เช่น ความเดือดร้อนจากกลิ่น/เสียง / ปัญหาที่สาธารณะ]</w:t>
      </w:r>
    </w:p>
    <w:p>
      <w:pPr>
        <w:spacing w:before="20" w:after="4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เรียน   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ผู้อำนวยการศูนย์ดำรงธรรม ................................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สกุล ผู้ร้อง] อายุ [อายุ] ปี บัตรประชาชนเลขที่ [เลข ๑๓ หลัก] อยู่บ้านเลขที่ [ที่อยู่ผู้ร้อง] เบอร์โทร [เบอร์โทร] ขอยื่นเรื่องร้องทุกข์ ดังนี้:</w:t>
      </w:r>
    </w:p>
    <w:p>
      <w:pPr>
        <w:spacing w:before="40" w:after="40" w:line="276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๑. รายละเอียดปัญหาความเดือดร้อน: [ระบุข้อเท็จจริง วัน เวลา สถานที่เกิดเหตุ และคู่กรณี ถ้ามี]</w:t>
        <w:br/>
        <w:t>๒. สิ่งที่ต้องการให้ศูนย์ดำรงธรรมช่วยเหลือ: [ระบุสิ่งที่ต้องการให้ช่วยเหลือ เช่น ส่งเจ้าหน้าที่เข้าตรวจสอบ / ไกล่เกลี่ยข้อพิพาท]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เจ้าหน้าที่ผู้รับเรื่อง</w:t>
              <w:br/>
              <w:t>( ................................ )</w:t>
              <w:br/>
              <w:t>วันที่ ...../...../.....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ผู้ร้องเรียน / ร้องทุกข์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[ชื่อผู้ร้องเรียน]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วันที่ [วันที่] เดือน [เดือน] พ.ศ. [ปี]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