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๖๐๐๕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แบบขอรับเงินค่าเช่าบ้าน / เงินเช่าซื้อ / เงินผ่อนชำระเงินกู้เพื่อชำระราคาบ้าน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ตามระเบียบกระทรวงการคลังว่าด้วยหลักเกณฑ์และวิธีเกี่ยวกับการเบิกจ่ายเงินค่าเช่าบ้านข้าราชการ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ผู้ขอเบิก] ตำแหน่ง [ตำแหน่ง] สังกัด [ชื่อหน่วยงาน/โรงเรียน] อัตราเงินเดือน [จำนวนเงินเดือน] บาท มีสิทธิได้รับเงินค่าเช่าบ้านตามพระราชกฤษฎีกาค่าเช่าบ้านข้าราชการ มีความประสงค์ขอรับเงินค่าเช่าบ้าน ดังนี้: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เช่าบ้านเลขที่ [บ้านเลขที่ ถนน ตำบล อำเภอ จังหวัด] ในอัตราเดือนละ [จำนวนเงิน] บาท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เช่าซื้อบ้าน / ผ่อนชำระเงินกู้กับ [ชื่อธนาคาร/สถาบันการเงิน] สัญญาเลขที่ [เลขที่สัญญา]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ข้าพเจ้าขอรับรองว่าข้อความข้างต้นเป็นความจริงทุกประการ ข้าพเจ้าไม่มีบ้านพักของทางราชการ และไม่มีบ้านของตนเองหรือคู่สมรสในท้องที่ที่รับราชการแห่งนี้ พร้อมนี้ได้แนบสัญญาและหลักฐานประกอบเรียบร้อยแล้ว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ผู้ขอรับสิทธิ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[ชื่อผู้ขอรับสิทธิ]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