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แบบ ๖๐๐๖</w:t>
        <w:br/>
      </w:r>
    </w:p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6"/>
          <w:rFonts w:ascii="TH Sarabun PSK" w:hAnsi="TH Sarabun PSK" w:cs="TH Sarabun PSK"/>
        </w:rPr>
        <w:t>ใบเบิกเงินค่าเช่าบ้านข้าราชการ (รายเดือน)</w:t>
        <w:br/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ข้าพเจ้า [ชื่อ - นามสกุล] ตำแหน่ง [ตำแหน่ง] สังกัด [หน่วยงาน] ได้รับอนุมัติให้มีสิทธิเบิกเงินค่าเช่าบ้านตามหนังสืออนุมัติ ที่ [เลขที่หนังสือ] ลงวันที่ [วันที่] ขอเบิกเงินค่าเช่าบ้าน ประจำเดือน [ระบุเดือน] พ.ศ. [ปี] ดังนี้:</w:t>
      </w:r>
    </w:p>
    <w:p>
      <w:pPr>
        <w:spacing w:before="20" w:after="40" w:line="276" w:lineRule="auto"/>
        <w:ind w:firstLine="850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๑. ค่าเช่าบ้าน / ผ่อนชำระ เป็นจำนวนเงิน [ระบุจำนวนเงิน] บาท ([ระบุจำนวนเงินตัวอักษร])</w:t>
        <w:br/>
        <w:t>๒. ได้แนบใบเสร็จรับเงินฉบับจริงมาพร้อมนี้เรียบร้อยแล้ว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 ผู้ขอเบิก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[ชื่อผู้ขอเบิก] )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0"/>
                <w:rFonts w:ascii="TH Sarabun PSK" w:hAnsi="TH Sarabun PSK" w:cs="TH Sarabun PSK"/>
              </w:rPr>
              <w:t>วันที่ [วันที่] เดือน [เดือน] พ.ศ. [ปี]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