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แบบ ๗๑๓๑</w:t>
        <w:br/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ใบเบิกเงินสวัสดิการเกี่ยวกับการรักษาพยาบาล</w:t>
        <w:br/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ข้าพเจ้า [ชื่อ - นามสกุล] ตำแหน่ง [ตำแหน่ง] สังกัด [หน่วยงาน] ขอเบิกเงินค่ารักษาพยาบาลของ: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ตนเอง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คู่สมรส ชื่อ [ชื่อคู่สมรส]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บิดา / มารดา ชื่อ [ชื่อบิดา/มารดา]</w:t>
      </w:r>
    </w:p>
    <w:p>
      <w:pPr>
        <w:spacing w:before="20" w:after="20" w:line="240" w:lineRule="auto"/>
        <w:ind w:firstLine="850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  ] บุตร ชื่อ [ชื่อบุตร] เกิดเมื่อวันที่ [วันเกิด]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ได้รับการรักษาพยาบาลจาก [ชื่อสถานพยาบาล เช่น โรงพยาบาลศูนย์/ทั่วไป] เป็นเงินรวมทั้งสิ้น [จำนวนเงิน] บาท ([จำนวนเงินตัวอักษร]) ตามใบเสร็จรับเงินแนบ จำนวน [จำนวน] ฉบับ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ผู้ขอเบิก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[ชื่อผู้ขอเบิก]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0"/>
                <w:rFonts w:ascii="TH Sarabun PSK" w:hAnsi="TH Sarabun PSK" w:cs="TH Sarabun PSK"/>
              </w:rPr>
              <w:t>วันที่ [วันที่] เดือน [เดือน] พ.ศ. [ปี]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