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รายงานการประชุม [ระบุชื่อคณะกรรมการ / การประชุม]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ครั้งที่ [ครั้งที่] / ๒๕[ปี]</w:t>
        <w:br/>
      </w:r>
      <w:r>
        <w:rPr>
          <w:rFonts w:ascii="TH Sarabun PSK" w:hAnsi="TH Sarabun PSK"/>
          <w:b w:val="0"/>
          <w:i w:val="0"/>
          <w:color w:val="0046A0"/>
          <w:sz w:val="30"/>
          <w:rFonts w:ascii="TH Sarabun PSK" w:hAnsi="TH Sarabun PSK" w:cs="TH Sarabun PSK"/>
        </w:rPr>
        <w:t>เมื่อวันที่ [วันที่] ณ [สถานที่จัดการประชุม]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ผู้มาประชุม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๑. [ชื่อ - สกุล] ตำแหน่ง [ตำแหน่ง] ประธานการประชุม</w:t>
        <w:br/>
        <w:t>๒. [ชื่อ - สกุล] ตำแหน่ง [ตำแหน่ง] กรรมการ</w:t>
        <w:br/>
        <w:t>๓. [ชื่อ - สกุล] ตำแหน่ง [ตำแหน่ง] กรรมการและเลขานุการ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เริ่มประชุมเวลา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[ระบุเวลาเริ่ม เช่น ๐๙.๓๐] น.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ระเบียบวาระที่ ๑  เรื่องที่ประธานแจ้งให้ที่ประชุมทราบ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ประธานได้แจ้งให้ที่ประชุมทราบเกี่ยวกับ [ระบุรายละเอียด]</w:t>
        <w:br/>
        <w:t>มติที่ประชุม: รับทราบ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ระเบียบวาระที่ ๒  เรื่องรับรองรายงานการประชุมครั้งที่ผ่านมา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ฝ่ายเลขานุการได้เสนอรายงานการประชุมครั้งที่ [ครั้งที่ผ่านมา] เพื่อให้ที่ประชุมพิจารณารับรอง</w:t>
        <w:br/>
        <w:t>มติที่ประชุม: รับรองรายงานการประชุมโดยไม่มีการแก้ไข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ระเบียบวาระที่ ๓  เรื่องเสนอเพื่อพิจารณา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[ระบุเรื่องที่เสนอพิจารณาและมติที่ประชุม เช่น การจัดสรรงบประมาณโครงการ...]</w:t>
        <w:br/>
        <w:t>มติที่ประชุม: เห็นชอบตามที่เสนอ</w:t>
      </w:r>
    </w:p>
    <w:p>
      <w:pPr>
        <w:spacing w:before="4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เลิกประชุมเวลา</w:t>
      </w:r>
    </w:p>
    <w:p>
      <w:pPr>
        <w:spacing w:before="0" w:after="40" w:line="264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[ระบุเวลาเลิกประชุม เช่น ๑๒.๐๐] น.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ผู้จดรายงานการประชุม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[ชื่อผู้จดรายงานการประชุม] )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br/>
              <w:t>(ลงชื่อ) ................................ ผู้ตรวจรายงานการประชุม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[ชื่อผู้ตรวจรายงานการประชุม]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