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H Sarabun PSK" w:hAnsi="TH Sarabun PSK"/>
          <w:b w:val="0"/>
          <w:i w:val="0"/>
          <w:color w:val="787878"/>
          <w:sz w:val="26"/>
          <w:rFonts w:ascii="TH Sarabun PSK" w:hAnsi="TH Sarabun PSK" w:cs="TH Sarabun PSK"/>
        </w:rPr>
        <w:t>[ ปิดอากรแสตมป์ ]</w:t>
        <w:br/>
        <w:t>(๑๐ บาท / ๓๐ บาท)</w:t>
      </w:r>
    </w:p>
    <w:p>
      <w:pPr>
        <w:spacing w:before="0" w:after="40" w:line="240" w:lineRule="auto"/>
        <w:jc w:val="center"/>
      </w:pPr>
      <w:r>
        <w:rPr>
          <w:rFonts w:ascii="TH Sarabun PSK" w:hAnsi="TH Sarabun PSK"/>
          <w:b/>
          <w:i w:val="0"/>
          <w:sz w:val="36"/>
          <w:rFonts w:ascii="TH Sarabun PSK" w:hAnsi="TH Sarabun PSK" w:cs="TH Sarabun PSK"/>
        </w:rPr>
        <w:t>หนังสือมอบอำนาจ</w:t>
        <w:br/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/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20" w:after="0" w:line="240" w:lineRule="auto"/>
              <w:jc w:val="left"/>
            </w:pP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ทำที่: [สถานที่ทำหนังสือมอบอำนาจ]</w:t>
              <w:br/>
            </w:r>
            <w:r>
              <w:rPr>
                <w:rFonts w:ascii="TH Sarabun PSK" w:hAnsi="TH Sarabun PSK"/>
                <w:b w:val="0"/>
                <w:i w:val="0"/>
                <w:color w:val="0046A0"/>
                <w:sz w:val="32"/>
                <w:rFonts w:ascii="TH Sarabun PSK" w:hAnsi="TH Sarabun PSK" w:cs="TH Sarabun PSK"/>
              </w:rPr>
              <w:t>วันที่: [วันที่]</w:t>
            </w:r>
          </w:p>
        </w:tc>
      </w:tr>
    </w:tbl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โดยหนังสือฉบับนี้ ข้าพเจ้า [ชื่อ - สกุล ผู้มอบอำนาจ] อายุ [อายุ] ปี บัตรประจำตัวประชาชนเลขที่ [เลขบัตร ๑๓ หลัก] อยู่บ้านเลขที่ [ที่อยู่ผู้มอบอำนาจ] ซึ่งต่อไปนี้เรียกว่า "ผู้มอบอำนาจ"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ได้มอบอำนาจให้ [ชื่อ - สกุล ผู้รับมอบอำนาจ] อายุ [อายุ] ปี บัตรประจำตัวประชาชนเลขที่ [เลขบัตร ๑๓ หลัก] อยู่บ้านเลขที่ [ที่อยู่ผู้รับมอบอำนาจ] ซึ่งต่อไปนี้เรียกว่า "ผู้รับมอบอำนาจ"</w:t>
      </w:r>
    </w:p>
    <w:p>
      <w:pPr>
        <w:spacing w:before="40" w:after="40" w:line="276" w:lineRule="auto"/>
        <w:ind w:firstLine="1417"/>
        <w:jc w:val="left"/>
      </w:pPr>
      <w:r>
        <w:rPr>
          <w:rFonts w:ascii="TH Sarabun PSK" w:hAnsi="TH Sarabun PSK"/>
          <w:b w:val="0"/>
          <w:i w:val="0"/>
          <w:color w:val="0046A0"/>
          <w:sz w:val="32"/>
          <w:rFonts w:ascii="TH Sarabun PSK" w:hAnsi="TH Sarabun PSK" w:cs="TH Sarabun PSK"/>
        </w:rPr>
        <w:t>เป็นผู้มีอำนาจกระทำการแทนข้าพเจ้าในเรื่อง [ระบุขอบเขตอำนาจให้ชัดเจน เช่น การยื่นเอกสาร / การรับเงิน / การทำนิติกรรมสัญญา] จนเสร็จการ</w:t>
      </w:r>
    </w:p>
    <w:p>
      <w:pPr>
        <w:spacing w:before="40" w:after="40" w:line="240" w:lineRule="auto"/>
        <w:ind w:firstLine="1417"/>
        <w:jc w:val="left"/>
      </w:pPr>
      <w:r>
        <w:rPr>
          <w:rFonts w:ascii="TH Sarabun PSK" w:hAnsi="TH Sarabun PSK"/>
          <w:b w:val="0"/>
          <w:i w:val="0"/>
          <w:sz w:val="32"/>
          <w:rFonts w:ascii="TH Sarabun PSK" w:hAnsi="TH Sarabun PSK" w:cs="TH Sarabun PSK"/>
        </w:rPr>
        <w:t>การใดที่ผู้รับมอบอำนาจได้กระทำไปภายในขอบเขตแห่งหนังสือมอบอำนาจนี้ ข้าพเจ้าขอรับผิดชอบและมีผลผูกพันเสมือนหนึ่งข้าพเจ้าได้กระทำด้วยตนเองทุกประการ เพื่อเป็นหลักฐานจึงได้ลงลายมือชื่อไว้เป็นสำคัญ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Ind w:w="0" w:type="dxa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ผู้มอบอำนาจ</w:t>
              <w:br/>
              <w:t>( 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ผู้รับมอบอำนาจ</w:t>
              <w:br/>
              <w:t>( ................................ )</w:t>
            </w:r>
          </w:p>
        </w:tc>
      </w:tr>
      <w:tr>
        <w:trPr>
          <w:cantSplit/>
        </w:trPr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พยาน</w:t>
              <w:br/>
              <w:t>( ................................ )</w:t>
            </w:r>
          </w:p>
        </w:tc>
        <w:tc>
          <w:tcPr>
            <w:tcW w:type="dxa" w:w="4535"/>
            <w:tcBorders>
              <w:top w:val="none"/>
              <w:left w:val="none"/>
              <w:bottom w:val="none"/>
              <w:right w:val="none"/>
              <w:insideH w:val="none"/>
              <w:insideV w:val="none"/>
            </w:tcBorders>
            <w:tcMar>
              <w:top w:w="0" w:type="dxa"/>
              <w:bottom w:w="0" w:type="dxa"/>
              <w:left w:w="0" w:type="dxa"/>
              <w:right w:w="0" w:type="dxa"/>
            </w:tcMar>
          </w:tcPr>
          <w:p>
            <w:pPr>
              <w:spacing w:before="40" w:after="0" w:line="240" w:lineRule="auto"/>
              <w:jc w:val="center"/>
            </w:pPr>
            <w:r>
              <w:rPr>
                <w:rFonts w:ascii="TH Sarabun PSK" w:hAnsi="TH Sarabun PSK"/>
                <w:b w:val="0"/>
                <w:i w:val="0"/>
                <w:sz w:val="32"/>
                <w:rFonts w:ascii="TH Sarabun PSK" w:hAnsi="TH Sarabun PSK" w:cs="TH Sarabun PSK"/>
              </w:rPr>
              <w:t>(ลงชื่อ) ................................ พยาน</w:t>
              <w:br/>
              <w:t>( ................................ )</w:t>
            </w:r>
          </w:p>
        </w:tc>
      </w:tr>
    </w:tbl>
    <w:sectPr w:rsidR="00FC693F" w:rsidRPr="0006063C" w:rsidSect="00034616">
      <w:pgSz w:w="11906" w:h="16838"/>
      <w:pgMar w:top="1134" w:right="1134" w:bottom="850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H Sarabun PSK" w:hAnsi="TH Sarabun PSK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