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แบบ ๘๗๐๘</w:t>
        <w:br/>
      </w:r>
    </w:p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ใบเบิกค่าใช้จ่ายในการเดินทางไปราชการ</w:t>
        <w:br/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นามสกุล] ตำแหน่ง [ตำแหน่ง] สังกัด [หน่วยงาน] ได้เดินทางไปปฏิบัติราชการ ณ [สถานที่และจังหวัด] ตามหนังสืออนุมัติ ที่ [เลขที่หนังสือ] ลงวันที่ [วันที่] ขอเบิกค่าใช้จ่าย ดังนี้: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3024"/>
        <w:gridCol w:w="3024"/>
        <w:gridCol w:w="3024"/>
      </w:tblGrid>
      <w:tr>
        <w:trPr>
          <w:cantSplit/>
        </w:trPr>
        <w:tc>
          <w:tcPr>
            <w:tcW w:type="dxa" w:w="45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รายการค่าใช้จ่าย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จำนวนวัน/เที่ยว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จำนวนเงิน (บาท)</w:t>
            </w:r>
          </w:p>
        </w:tc>
      </w:tr>
      <w:tr>
        <w:trPr>
          <w:cantSplit/>
        </w:trPr>
        <w:tc>
          <w:tcPr>
            <w:tcW w:type="dxa" w:w="45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๑. ค่าเบี้ยเลี้ยงเดินทาง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[จำนวนวัน] วัน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[จำนวนเงิน]</w:t>
            </w:r>
          </w:p>
        </w:tc>
      </w:tr>
      <w:tr>
        <w:trPr>
          <w:cantSplit/>
        </w:trPr>
        <w:tc>
          <w:tcPr>
            <w:tcW w:type="dxa" w:w="45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๒. ค่าเช่าที่พัก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[จำนวนคืน] คืน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[จำนวนเงิน]</w:t>
            </w:r>
          </w:p>
        </w:tc>
      </w:tr>
      <w:tr>
        <w:trPr>
          <w:cantSplit/>
        </w:trPr>
        <w:tc>
          <w:tcPr>
            <w:tcW w:type="dxa" w:w="45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๓. ค่าพาหนะ (ค่าน้ำมัน / รถโดยสาร / เครื่องบิน)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[จำนวนเที่ยว] เที่ยว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[จำนวนเงิน]</w:t>
            </w:r>
          </w:p>
        </w:tc>
      </w:tr>
      <w:tr>
        <w:trPr>
          <w:cantSplit/>
        </w:trPr>
        <w:tc>
          <w:tcPr>
            <w:tcW w:type="dxa" w:w="45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รวมเป็นเงินทั้งสิ้น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(ตัวอักษร: [ตัวอักษร])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[ยอดรวมเงิน]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ผู้ขอเบิก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[ชื่อผู้ขอเบิก]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วันที่ [วันที่] เดือน [เดือน] พ.ศ. [ปี]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