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กลุ่มบริหารงานทั่วไป โรงเรียน[ชื่อโรงเรียน]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ขออนุมัติใช้รถยนต์ส่วนกลาง / รถตู้ของทางราชการ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ผู้อำนวยการโรงเรียน[ชื่อโรงเรียน]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ด้วย ข้าพเจ้า [ชื่อ - นามสกุล ผู้ขอใช้รถ] ตำแหน่ง [ตำแหน่ง] พร้อมด้วยคณะครูและนักเรียน จำนวนรวม [จำนวน] คน มีความจำเป็นต้องเดินทางไปปฏิบัติงาน / เข้าร่วมกิจกรรม [ระบุภารกิจหรือกิจกรรม] ณ [ระบุสถานที่ปลายทางและจังหวัด]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ในการนี้ เพื่อให้การปฏิบัติงานเป็นไปด้วยความเรียบร้อยและปลอดภัย จึงใคร่ขออนุมัติใช้รถยนต์ส่วนกลาง หมายเลขทะเบียน [ระบุหมายเลขทะเบียน เช่น นข ๑๒๓๔] พร้อมพนักงานขับรถ คือ [ชื่อพนักงานขับรถ] โดยออกเดินทางในวันที่ [วันที่] เวลา [เวลา] น. และเดินทางกลับในวันที่ [วันที่] เวลา [เวลา] น.</w:t>
      </w:r>
    </w:p>
    <w:p>
      <w:pPr>
        <w:spacing w:before="40" w:after="8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จึงเรียนมาเพื่อโปรดพิจารณาอนุมัติ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4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ผู้ขอใช้รถ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 - นามสกุล ผู้ขอใช้รถ]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ตำแหน่ง [ตำแหน่งผู้ขอใช้รถ]</w:t>
              <w:br/>
              <w:br/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ความเห็นของหัวหน้างานยานพาหนะ: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รถว่าง สามารถจัดรถได้</w:t>
              <w:br/>
              <w:t>[  ] รถไม่ว่าง ไม่สามารถจัดรถได้</w:t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(ลงชื่อ) ................................</w:t>
              <w:br/>
              <w:t>วันที่ ...../...../.....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คำสั่ง / การอนุมัติ: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อนุมัติ      [  ] ไม่อนุมัติ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[ชื่อผู้อำนวยการโรงเรียน]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ผู้อำนวยการโรงเรียน[ชื่อโรงเรียน]</w:t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วันที่ ..... เดือน .................... พ.ศ. ๒๕.....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