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1701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07519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rud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19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58"/>
                <w:rFonts w:ascii="TH Sarabun PSK" w:hAnsi="TH Sarabun PSK" w:cs="TH Sarabun PSK"/>
              </w:rPr>
              <w:t>บันทึกข้อความ</w:t>
            </w:r>
          </w:p>
        </w:tc>
      </w:tr>
    </w:tbl>
    <w:p>
      <w:pPr>
        <w:spacing w:before="8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ส่วนราชการ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[ชื่อกลุ่มงาน/กอง/ฝ่าย]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[เลขที่หนังสือ เช่น ศธ ๐๔xxx/xxxx]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วันที่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[วันที่] [เดือน] [พ.ศ.]</w:t>
            </w:r>
          </w:p>
        </w:tc>
      </w:tr>
    </w:tbl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ขออนุมัติปฏิบัติงานนอกเวลาราชการและขอเบิกเงินตอบแทนการปฏิบัติงาน</w:t>
      </w:r>
    </w:p>
    <w:p>
      <w:pPr>
        <w:spacing w:before="20" w:after="8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[ระบุตำแหน่งหัวหน้าส่วนราชการ]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ด้วย [ชื่อกลุ่มงาน/ฝ่าย] มีความจำเป็นเร่งด่วนต้องปฏิบัติงาน [ระบุภารกิจงานที่ต้องทำนอกเวลา เช่น จัดทำงบประมาณ / ปิดบัญชีสิ้นปี / ตรวจข้อสอบ] ซึ่งไม่สามารถทำให้แล้วเสร็จในเวลาราชการได้ จึงขออนุมัติให้เจ้าหน้าที่จำนวน [จำนวนคน] คน ปฏิบัติงานนอกเวลาในวันที่ [วันที่] เวลา [เวลาเริ่ม] ถึง [เวลาสิ้นสุด] น.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2268"/>
        <w:gridCol w:w="2268"/>
        <w:gridCol w:w="2268"/>
        <w:gridCol w:w="2268"/>
      </w:tblGrid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ลำดับ</w:t>
            </w:r>
          </w:p>
        </w:tc>
        <w:tc>
          <w:tcPr>
            <w:tcW w:type="dxa" w:w="368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ชื่อ - นามสกุล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ตำแหน่ง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หน้าที่ที่ปฏิบัติ</w:t>
            </w:r>
          </w:p>
        </w:tc>
      </w:tr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</w:t>
            </w:r>
          </w:p>
        </w:tc>
        <w:tc>
          <w:tcPr>
            <w:tcW w:type="dxa" w:w="368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๑. [ชื่อ - สกุล ๑]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[ตำแหน่ง ๑]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[งานที่รับผิดชอบ]</w:t>
            </w:r>
          </w:p>
        </w:tc>
      </w:tr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</w:t>
            </w:r>
          </w:p>
        </w:tc>
        <w:tc>
          <w:tcPr>
            <w:tcW w:type="dxa" w:w="368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๒. [ชื่อ - สกุล ๒]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[ตำแหน่ง ๒]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[งานที่รับผิดชอบ]</w:t>
            </w:r>
          </w:p>
        </w:tc>
      </w:tr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๓</w:t>
            </w:r>
          </w:p>
        </w:tc>
        <w:tc>
          <w:tcPr>
            <w:tcW w:type="dxa" w:w="368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๓. [ชื่อ - สกุล ๓]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[ตำแหน่ง ๓]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[งานที่รับผิดชอบ]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ผู้ขออนุมัติ</w:t>
              <w:br/>
              <w:t>( 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คำสั่ง:  [  ] อนุมัติ      [  ] ไม่อนุมัติ</w:t>
              <w:br/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[ชื่อผู้มีอำนาจสั่งอนุมัติ]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