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15038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ud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5038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ที่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[ระบุเลขที่หนังสือ เช่น ศธ ๐๔xxx/xxxx]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[ชื่อโรงเรียน/สถานศึกษา]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[ที่อยู่ ตำบล อำเภอ จังหวัด รหัสไปรษณีย์]</w:t>
            </w:r>
          </w:p>
        </w:tc>
      </w:tr>
    </w:tbl>
    <w:p>
      <w:pPr>
        <w:spacing w:before="40" w:after="40" w:line="240" w:lineRule="auto"/>
        <w:jc w:val="center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[วันที่]  [เดือน]  พ.ศ. [ปี พ.ศ.]</w:t>
      </w:r>
    </w:p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ขออนุญาตนำนักเรียนเข้าร่วมกิจกรรม [ระบุชื่อกิจกรรม เช่น ทัศนศึกษา / ค่ายลูกเสือ]</w:t>
      </w:r>
    </w:p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ผู้ปกครองของ [เด็กชาย / เด็กหญิง / นาย / นางสาว ชื่อ - นามสกุล นักเรียน]</w:t>
      </w:r>
    </w:p>
    <w:p>
      <w:pPr>
        <w:spacing w:before="2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สิ่งที่ส่งมาด้วย   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กำหนดการเดินทางและรายละเอียดกิจกรรม  จำนวน  ๑  ฉบับ</w:t>
      </w:r>
    </w:p>
    <w:p>
      <w:pPr>
        <w:spacing w:before="20" w:after="2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ด้วย โรงเรียน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[ชื่อโรงเรียน]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มีกำหนดจัดกิจกรรม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[ระบุชื่อโครงการ/กิจกรรม เช่น ทัศนศึกษาตามโครงการพัฒนาผู้เรียน ประจำปีการศึกษา ๒๕xx]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ให้แก่นักเรียนระดับชั้น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[ระบุระดับชั้น เช่น ประถมศึกษาปีที่ ๔ - ๖]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ในวันที่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[ระบุวันที่จัดกิจกรรม เช่น ๒๐ พฤศจิกายน ๒๕xx]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ณ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[ระบุสถานที่ เช่น พิพิธภัณฑ์วิทยาศาสตร์แห่งชาติ คลองห้า จ.ปทุมธานี]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เพื่อส่งเสริมให้นักเรียนได้รับความรู้และประสบการณ์ตรงจากแหล่งเรียนรู้ภายนอกห้องเรียน</w:t>
      </w:r>
    </w:p>
    <w:p>
      <w:pPr>
        <w:spacing w:before="20" w:after="2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ในการนี้ โรงเรียนได้จัดครูผู้ควบคุมดูแลความปลอดภัยของนักเรียนอย่างใกล้ชิดตลอดการเดินทาง พร้อมทั้งจัดทำประกันอุบัติเหตุคุ้มครอง จึงใคร่ขออนุญาตนำ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[เด็กชาย / เด็กหญิง / นาย / นางสาว ชื่อ - นามสกุล นักเรียน]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นักเรียนชั้น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[ระบุชั้น/ห้อง เช่น ป.๕/๑]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ในความปกครองของท่าน เข้าร่วมกิจกรรมตามวัน เวลา และสถานที่ข้างต้น โดยไม่มีค่าใช้จ่ายใดๆ ทั้งสิ้น [หรือ ระบุค่าใช้จ่าย ถ้ามี]</w:t>
      </w:r>
    </w:p>
    <w:p>
      <w:pPr>
        <w:spacing w:before="2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จึงเรียนมาเพื่อโปรดพิจารณาอนุญาต และกรุณากรอกแบบตอบรับส่งคืนครูประจำชั้น ภายในวันที่ [ระบุวันส่งคืน เช่น ๑๕ พฤศจิกายน ๒๕xx]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8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[กลุ่มบริหารงานวิชาการ]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โทรศัพท์: [เบอร์โทรโรงเรียน]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โทรสาร: [เบอร์โทรสารโรงเรียน]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ผู้ประสานงาน: ครู[ชื่อครูผู้รับผิดชอบ]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ขอแสดงความนับถือ</w:t>
              <w:br/>
              <w:br/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 - นามสกุล ผู้อำนวยการโรงเรียน]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ตำแหน่ง ผู้อำนวยการโรงเรียน[ชื่อโรงเรียน]</w:t>
            </w:r>
          </w:p>
        </w:tc>
      </w:tr>
    </w:tbl>
    <w:p>
      <w:r>
        <w:br w:type="page"/>
      </w:r>
    </w:p>
    <w:p>
      <w:pPr>
        <w:spacing w:before="0" w:after="80" w:line="240" w:lineRule="auto"/>
        <w:jc w:val="center"/>
      </w:pPr>
      <w:r>
        <w:rPr>
          <w:rFonts w:ascii="TH Sarabun PSK" w:hAnsi="TH Sarabun PSK"/>
          <w:b w:val="0"/>
          <w:i/>
          <w:color w:val="787878"/>
          <w:sz w:val="26"/>
          <w:rFonts w:ascii="TH Sarabun PSK" w:hAnsi="TH Sarabun PSK" w:cs="TH Sarabun PSK"/>
        </w:rPr>
        <w:t>✂ ------------------------------------- (ฉีกตามรอยประส่งคืนโรงเรียน) -------------------------------------</w:t>
      </w:r>
    </w:p>
    <w:p>
      <w:pPr>
        <w:spacing w:before="80" w:after="80" w:line="240" w:lineRule="auto"/>
        <w:jc w:val="center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ใบตอบรับการขออนุญาตผู้ปกครองพานักเรียนเข้าร่วมกิจกรรม</w:t>
      </w:r>
    </w:p>
    <w:p>
      <w:pPr>
        <w:spacing w:before="40" w:after="40" w:line="276" w:lineRule="auto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ข้าพเจ้า (นาย / นาง / นางสาว)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[................................]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เป็นผู้ปกครองของ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[เด็กชาย / เด็กหญิง / นาย / นางสาว ชื่อ - นามสกุล นักเรียน]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นักเรียนชั้น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[ระดับชั้น/ห้อง เช่น ป.๕/๑]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ได้รับทราบรายละเอียดการจัดกิจกรรม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[ระบุชื่อกิจกรรม................................]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ในวันที่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[................................]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ณ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[................................]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เรียบร้อยแล้ว</w:t>
      </w:r>
    </w:p>
    <w:p>
      <w:pPr>
        <w:spacing w:before="6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   [  ]  </w:t>
      </w: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อนุญาต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 xml:space="preserve"> ให้นักเรียนในความปกครองเข้าร่วมกิจกรรมดังกล่าว</w:t>
        <w:br/>
      </w: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   [  ]  </w:t>
      </w: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ไม่อนุญาต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 xml:space="preserve"> เนื่องจาก [................................]</w:t>
      </w:r>
    </w:p>
    <w:p>
      <w:pPr>
        <w:spacing w:before="40" w:after="80" w:line="240" w:lineRule="auto"/>
        <w:jc w:val="left"/>
      </w:pPr>
      <w:r>
        <w:rPr>
          <w:rFonts w:ascii="TH Sarabun PSK" w:hAnsi="TH Sarabun PSK"/>
          <w:b w:val="0"/>
          <w:i w:val="0"/>
          <w:sz w:val="30"/>
          <w:rFonts w:ascii="TH Sarabun PSK" w:hAnsi="TH Sarabun PSK" w:cs="TH Sarabun PSK"/>
        </w:rPr>
        <w:t>* ข้อมูลสุขภาพนักเรียน:  โรคประจำตัว [ ................................ ]  ยาหรืออาหารที่แพ้ [ ................................ 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8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ลงชื่อ ................................ ผู้ปกครอง</w:t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 ................................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เบอร์โทรศัพท์ที่ติดต่อได้สะดวก: ........................................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วันที่ ......... เดือน ................................. พ.ศ. 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