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ใบตรวจรับพัสดุ / งานจ้าง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ตามระเบียบกระทรวงการคลังว่าด้วยการจัดซื้อจัดจ้างและการบริหารพัสดุภาครัฐ พ.ศ. ๒๕๖๐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 [ชื่อหน่วยงาน/สถานที่]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[ชื่อหน่วยงาน] ได้ตกลงจัดซื้อ/จัดจ้าง [ระบุรายการพัสดุหรือชื่องานจ้าง] จาก [ชื่อผู้ขาย/ผู้รับจ้าง/บริษัท] ตามใบสั่งซื้อ/จ้าง เลขที่ [เลขที่ใบสั่งซื้อ] ลงวันที่ [วันที่] ครบกำหนดส่งมอบงานวันที่ [วันที่]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บัดนี้ ผู้ขาย/ผู้รับจ้าง ได้ส่งมอบพัสดุ/งานจ้างเรียบร้อยแล้ว เมื่อวันที่ [วันที่ส่งมอบ] คณะกรรมการตรวจรับพัสดุได้ทำการตรวจนับและทดสอบ ปรากฏว่า มีปริมาณและคุณภาพถูกต้องครบถ้วนตามสัญญาและขอบเขตงานทุกประการ จึงเห็นสมควรอนุมัติเบิกจ่ายเงินจำนวนทั้งสิ้น [จำนวนเงินตัวเลข] บาท ([จำนวนเงินตัวอักษร]) ให้แก่ผู้ขาย/ผู้รับจ้างต่อไป</w:t>
      </w:r>
    </w:p>
    <w:p>
      <w:pPr>
        <w:spacing w:before="60" w:after="40" w:line="240" w:lineRule="auto"/>
        <w:jc w:val="center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คณะกรรมการตรวจรับพัสดุ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ประธานกรรมการ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ประธานกรรมการ] )</w:t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กรรมการ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กรรมการ] )</w:t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กรรมการและเลขานุการ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กรรมการและเลขานุการ] )</w:t>
              <w:br/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