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1701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0" w:after="0" w:line="240" w:lineRule="auto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07519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arud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519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8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58"/>
                <w:rFonts w:ascii="TH Sarabun PSK" w:hAnsi="TH Sarabun PSK" w:cs="TH Sarabun PSK"/>
              </w:rPr>
              <w:t>บันทึกข้อความ</w:t>
            </w:r>
          </w:p>
        </w:tc>
      </w:tr>
    </w:tbl>
    <w:p>
      <w:pPr>
        <w:spacing w:before="8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ส่วนราชการ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กลุ่มบริหารงานงบประมาณ โรงเรียน[ชื่อโรงเรียน]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ที่ 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[เลขที่หนังสือ เช่น ศธ ๐๔xxx/xxxx]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 xml:space="preserve">วันที่   </w:t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[วันที่] [เดือน] [พ.ศ.]</w:t>
            </w:r>
          </w:p>
        </w:tc>
      </w:tr>
    </w:tbl>
    <w:p>
      <w:pPr>
        <w:spacing w:before="20" w:after="2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เรื่อง   </w:t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ขออนุมัติยืมเงินทดรองจ่ายเพื่อดำเนินงานตามโครงการ[ชื่อโครงการ]</w:t>
      </w:r>
    </w:p>
    <w:p>
      <w:pPr>
        <w:spacing w:before="20" w:after="80" w:line="240" w:lineRule="auto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เรียน  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ผู้อำนวยการโรงเรียน[ชื่อโรงเรียน]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ตามที่ โรงเรียนได้อนุมัติแผนปฏิบัติการและโครงการ [ชื่อโครงการ/กิจกรรม] ประจำปีงบประมาณ [ปี พ.ศ.] โดยมอบหมายให้ข้าพเจ้า [ชื่อผู้รับผิดชอบโครงการ] ตำแหน่ง [ตำแหน่ง] เป็นผู้รับผิดชอบดำเนินกิจกรรม นั้น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เพื่อให้การจัดกิจกรรมบรรลุตามวัตถุประสงค์ ข้าพเจ้าจึงใคร่ขออนุมัติยืมเงินทดรองจ่ายโครงการ เป็นจำนวนเงินทั้งสิ้น [ระบุจำนวนเงินตัวเลข เช่น ๑๕,๐๐๐] บาท ([ระบุจำนวนเงินตัวอักษร เช่น หนึ่งหมื่นห้าพันบาทถ้วน]) โดยจะนำใบสำคัญรับเงินและเอกสารหลักฐานส่งใช้เงินยืมภายในกำหนดตามระเบียบของทางราชการ</w:t>
      </w:r>
    </w:p>
    <w:p>
      <w:pPr>
        <w:spacing w:before="40" w:after="8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จึงเรียนมาเพื่อโปรดพิจารณาอนุมัติเงินยืมดังกล่าว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4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ผู้ขอยืมเงิน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[ชื่อผู้ขอยืมเงิน]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ตำแหน่ง [ตำแหน่ง]</w:t>
              <w:br/>
              <w:br/>
            </w:r>
          </w:p>
        </w:tc>
      </w:tr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การตรวจสอบของงานการเงิน/พัสดุ:</w:t>
              <w:br/>
            </w: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ได้ตรวจสอบงบประมาณแล้ว มีเงินงบประมาณคงเหลือเพียงพอให้ยืมได้</w:t>
              <w:br/>
            </w:r>
            <w:r>
              <w:rPr>
                <w:rFonts w:ascii="TH Sarabun PSK" w:hAnsi="TH Sarabun PSK"/>
                <w:b w:val="0"/>
                <w:i w:val="0"/>
                <w:sz w:val="28"/>
                <w:rFonts w:ascii="TH Sarabun PSK" w:hAnsi="TH Sarabun PSK" w:cs="TH Sarabun PSK"/>
              </w:rPr>
              <w:t>(ลงชื่อ) ................................ เจ้าหน้าที่การเงิน</w:t>
              <w:br/>
              <w:t>วันที่ ...../...../.....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คำสั่ง / อนุมัติ:</w:t>
              <w:br/>
            </w: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[  ] อนุมัติให้ยืมเงินได้      [  ] ไม่อนุมัติ</w:t>
              <w:br/>
              <w:br/>
            </w: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</w:t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[ชื่อผู้อำนวยการโรงเรียน]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ผู้อำนวยการโรงเรียน[ชื่อโรงเรียน]</w:t>
              <w:br/>
            </w:r>
            <w:r>
              <w:rPr>
                <w:rFonts w:ascii="TH Sarabun PSK" w:hAnsi="TH Sarabun PSK"/>
                <w:b w:val="0"/>
                <w:i w:val="0"/>
                <w:sz w:val="28"/>
                <w:rFonts w:ascii="TH Sarabun PSK" w:hAnsi="TH Sarabun PSK" w:cs="TH Sarabun PSK"/>
              </w:rPr>
              <w:t>วันที่ ..... เดือน .................... พ.ศ. ๒๕.....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