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บก.๑๑๑ (แบบ ๔๒๘๕)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ใบรับรองแทนใบเสร็จรับเงิน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ส่วนราชการ [ชื่อส่วนราชการ/หน่วยงาน]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ขอรับรองว่าได้จ่ายเงินไปในงานราชการโดยไม่อาจเรียกใบเสร็จรับเงินจากผู้รับเงินได้ ดังรายการต่อไปนี้: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2268"/>
        <w:gridCol w:w="2268"/>
        <w:gridCol w:w="2268"/>
        <w:gridCol w:w="2268"/>
      </w:tblGrid>
      <w:tr>
        <w:trPr>
          <w:cantSplit/>
        </w:trPr>
        <w:tc>
          <w:tcPr>
            <w:tcW w:type="dxa" w:w="141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วัน/เดือน/ปี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รายละเอียดรายจ่าย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จำนวนเงิน (บาท)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หมายเหตุ</w:t>
            </w:r>
          </w:p>
        </w:tc>
      </w:tr>
      <w:tr>
        <w:trPr>
          <w:cantSplit/>
        </w:trPr>
        <w:tc>
          <w:tcPr>
            <w:tcW w:type="dxa" w:w="141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.../.../...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ค่าจ้างเหมารถจักรยานยนต์รับจ้าง / ค่าพาหนะรับจ้าง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๑๕๐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ไปราชการ</w:t>
            </w:r>
          </w:p>
        </w:tc>
      </w:tr>
      <w:tr>
        <w:trPr>
          <w:cantSplit/>
        </w:trPr>
        <w:tc>
          <w:tcPr>
            <w:tcW w:type="dxa" w:w="141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.../.../...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ค่าบริการผ่านทางพิเศษ (ทางด่วน)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๑๐๐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ไปราชการ</w:t>
            </w:r>
          </w:p>
        </w:tc>
      </w:tr>
      <w:tr>
        <w:trPr>
          <w:cantSplit/>
        </w:trPr>
        <w:tc>
          <w:tcPr>
            <w:tcW w:type="dxa" w:w="141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รวมเงิน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(ตัวอักษร: สองร้อยห้าสิบบาทถ้วน)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๒๕๐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</w:r>
          </w:p>
        </w:tc>
      </w:tr>
    </w:tbl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รวมทั้งสิ้นเป็นเงินตามจำนวนดังกล่าวข้างต้น ซึ่งจ่ายไปโดยสุจริตและจำเป็นแก่ราชการโดยแท้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ผู้จ่ายเงิน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[ชื่อผู้จ่ายเงิน]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ตำแหน่ง [ตำแหน่ง]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