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ใบสำคัญรับเงิน (Receipt Voucher)</w:t>
        <w:br/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สถานที่จ่าย: [ชื่อหน่วยงาน/สถานที่]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 ผู้รับเงิน] อยู่บ้านเลขที่ [ที่อยู่ผู้รับเงิน] เลขประจำตัวประชาชน [เลขบัตรประชาชน ๑๓ หลัก] ได้รับเงินจาก [ชื่อหน่วยงานผู้จ่ายเงิน] ดังต่อไปนี้: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ลำดับ</w:t>
            </w:r>
          </w:p>
        </w:tc>
        <w:tc>
          <w:tcPr>
            <w:tcW w:type="dxa" w:w="5953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รายการที่จ่าย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จำนวนเงิน (บาท)</w:t>
            </w:r>
          </w:p>
        </w:tc>
      </w:tr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</w:t>
            </w:r>
          </w:p>
        </w:tc>
        <w:tc>
          <w:tcPr>
            <w:tcW w:type="dxa" w:w="5953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ค่าสมนาคุณวิทยากร / ค่าจ้างปฏิบัติงาน [ระบุชื่องาน]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๑,๕๐๐</w:t>
            </w:r>
          </w:p>
        </w:tc>
      </w:tr>
      <w:tr>
        <w:trPr>
          <w:cantSplit/>
        </w:trPr>
        <w:tc>
          <w:tcPr>
            <w:tcW w:type="dxa" w:w="85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รวม</w:t>
            </w:r>
          </w:p>
        </w:tc>
        <w:tc>
          <w:tcPr>
            <w:tcW w:type="dxa" w:w="5953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(ตัวอักษร: หนึ่งพันห้าร้อยบาทถ้วน)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๑,๕๐๐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ผู้จ่ายเงิน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[ชื่อเจ้าหน้าที่ผู้จ่ายเงิน]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ผู้รับเงิน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[ชื่อผู้รับเงิน]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