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[เลขที่หนังสือรับรอง]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[ชื่อส่วนราชการ/หน่วยงาน]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[ที่อยู่และรหัสไปรษณีย์]</w:t>
            </w:r>
          </w:p>
        </w:tc>
      </w:tr>
    </w:tbl>
    <w:p>
      <w:pPr>
        <w:spacing w:before="8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หนังสือรับรองเงินเดือนและการปฏิบัติงาน</w:t>
      </w:r>
    </w:p>
    <w:p>
      <w:pPr>
        <w:spacing w:before="6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หนังสือฉบับนี้ขอรับรองว่า [นาย / นาง / นางสาว ชื่อ - สกุล] ปัจจุบันรับราชการ/ปฏิบัติงานในสังกัด [ชื่อหน่วยงาน] เริ่มปฏิบัติราชการตั้งแต่วันที่ [วันที่เริ่มงาน] ดำรงตำแหน่ง [ตำแหน่ง] ได้รับเงินเดือนอัตราเดือนละ [จำนวนเงินเดือน] บาท ([จำนวนเงินตัวอักษร]) และเงินเพิ่มอื่นๆ [จำนวนเงินเพิ่ม] บาท รวมรายได้ต่อเดือน [ยอดรวมรายได้] บาท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ออกให้ ณ วันที่ [วันที่] เดือน [เดือน] พ.ศ. [ปี] เพื่อใช้เป็นหลักฐานแสดงสถานะทางการเงินและการทำงาน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[ชื่อหัวหน้าส่วนราชการ/ผู้มีอำนาจลงนาม]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ตำแหน่ง [ตำแหน่งผู้มีอำนาจลงนาม]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