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แบบใบลาป่วย / ลากิจส่วนตัว / ลาคลอดบุตร</w:t>
        <w:br/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[ชื่อหน่วยงาน/สถานที่]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ขอ [  ] ลาป่วย      [  ] ลากิจส่วนตัว      [  ] ลาคลอดบุตร</w:t>
      </w:r>
    </w:p>
    <w:p>
      <w:pPr>
        <w:spacing w:before="2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[ระบุตำแหน่งผู้บังคับบัญชา เช่น ผู้อำนวยการ / อธิบดี]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สกุล ผู้ขอลา] ตำแหน่ง [ตำแหน่ง] สังกัด [หน่วยงาน] ขอลาเนื่องจาก [ระบุเหตุผลการลา เช่น ป่วยมีไข้สูง / ติดธุระส่วนตัวจำเป็น] ตั้งแต่วันที่ [วันที่เริ่ม] ถึงวันที่ [วันที่สิ้นสุด] กำหนด [จำนวนวัน] วัน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ในระหว่างลา สามารถติดต่อข้าพเจ้าได้ที่ [ที่อยู่ระหว่างลา] เบอร์โทรศัพท์ [เบอร์โทร]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4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ผู้ขอลา</w:t>
              <w:br/>
              <w:t>( ................................ )</w:t>
              <w:br/>
              <w:br/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ความเห็นของผู้บังคับบัญชาขั้นต้น:</w:t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[  ] เห็นควรอนุญาต</w:t>
              <w:br/>
              <w:br/>
              <w:t>(ลงชื่อ) ........................................</w:t>
              <w:br/>
              <w:t>วันที่ ...../...../.....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คำสั่ง:  [  ] อนุญาต      [  ] ไม่อนุญาต</w:t>
              <w:br/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[ชื่อผู้มีอำนาจสั่งอนุญาต]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