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แบบบันทึกการตรวจคัดกรองสุขภาพและประเมินความเสี่ยงโรค NCDs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(สำหรับประชาชนอายุ ๓๕ ปีขึ้นไป โดย อสม. / รพ.สต.)</w:t>
      </w:r>
    </w:p>
    <w:p>
      <w:pPr>
        <w:spacing w:before="40" w:after="40" w:line="276" w:lineRule="auto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ชื่อ - สกุล [ชื่อผู้รับการคัดกรอง] อายุ [อายุ] ปี เลขบัตรประชาชน [เลข ๑๓ หลัก] ที่อยู่ [ที่อยู่และเบอร์โทร]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รายการตรวจคัดกรอง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ผลการตรวจวัด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การแปลผลความเสี่ยง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๑. ความดันโลหิต (BP)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............. / ............. mmHg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  ] ปกติ  [  ] กลุ่มเสี่ยงสูง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๒. ระดับน้ำตาลในเลือด (DTX)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............. mg/dL (งดอาหาร)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  ] ปกติ (&lt;๑๐๐)  [  ] เสี่ยงเบาหวาน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๓. ดัชนีมวลกาย (BMI / รอบเอว)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BMI = .......... รอบเอว = ...... ซม.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  ] ปกติ  [  ] อ้วนลงพุง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๔. สรุปภาพรวมและการแนะนำ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คำแนะนำ: ปรับเปลี่ยนพฤติกรรมอาหารและออกกำลังกาย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  ] ส่งต่อแพทย์ รพ.สต.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ผู้ตรวจคัดกรอง (อสม./จนท.)</w:t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 .........................................................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วันที่ ........../........../๒๕.......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