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ทพ.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คำขอจดทะเบียนพาณิชย์ (ตั้งใหม่ / เปลี่ยนแปลง / เลิกประกอบกิจการ)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ตามพระราชบัญญัติทะเบียนพาณิชย์ พ.ศ. ๒๔๙๙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 ผู้ประกอบการ] สัญชาติไทย เลขบัตรประชาชน [เลข ๑๓ หลัก] อยู่บ้านเลขที่ [ที่อยู่] ขอยื่นคำขอจดทะเบียนพาณิชย์: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๑. ชื่อที่ใช้ในการประกอบพาณิชยกิจ: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[ระบุชื่อร้านค้า เช่น ร้านสมบูรณ์การค้า]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๒. ชนิดแห่งพาณิชยกิจ: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[ระบุชนิดสินค้า/บริการ เช่น ขายปลีกอาหารและเครื่องดื่ม / ขายสินค้าออนไลน์]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๓. ที่ตั้งสำนักงานใหญ่: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เลขที่ [บ้านเลขที่ ถนน ตำบล อำเภอ จังหวัด รหัสไปรษณีย์]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๔. วันที่เริ่มประกอบพาณิชยกิจ: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[ระบุวันที่เริ่มเปิดร้าน เช่น ๑ ตุลาคม ๒๕xx]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ผู้ขอจดทะเบียน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[ชื่อผู้ขอจดทะเบียน]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วันที่ .......... เดือน .................... พ.ศ. ๒๕.......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