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งานพัสดุ [ชื่อหน่วยงาน]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ขออนุมัติขยายระยะเวลาทำการตามสัญญาจ้าง [ระบุสัญญา]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[ระบุตำแหน่งหัวหน้าส่วนราชการ]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หน่วยงานได้ทำสัญญาจ้าง [ชื่องานจ้าง] กับ [ชื่อผู้รับจ้าง] สัญญาเลขที่ [เลขที่สัญญา] ลงวันที่ [วันที่] ครบกำหนดสัญญาวันที่ [วันที่ครบกำหนด]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บัดนี้ ผู้รับจ้างได้ขอขยายเวลาเนื่องจาก [ระบุเหตุผลความจำเป็น เช่น ผลกระทบจากอุทกภัย / ความล่าช้าจากการส่งมอบพื้นที่] คณะกรรมการได้ตรวจสอบแล้วเห็นควรอนุมัติขยายระยะเวลาสัญญาออกไปอีก [จำนวนวัน] วัน จนถึงวันที่ [วันที่สิ้นสุดใหม่] ตามระเบียบกระทรวงการคลังฯ</w:t>
      </w:r>
    </w:p>
    <w:p>
      <w:pPr>
        <w:spacing w:before="40" w:after="8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จึงเรียนมาเพื่อโปรดพิจารณาอนุมัติการขยายระยะเวลาสัญญาดังกล่าว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คำสั่ง:  [  ] อนุมัติขยายเวลา</w:t>
              <w:br/>
              <w:br/>
              <w:t>(ลงชื่อ) .........................................................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[ชื่อหัวหน้าส่วนราชการ]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