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[ชื่อบริษัท/ผู้รับจ้าง]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หนังสือส่งมอบงานจ้าง / ส่งมอบพัสดุ</w:t>
        <w:br/>
      </w:r>
    </w:p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ส่งมอบงานจ้าง / พัสดุ ตามสัญญา / ใบสั่งซื้อสั่งจ้าง</w:t>
      </w:r>
    </w:p>
    <w:p>
      <w:pPr>
        <w:spacing w:before="2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ประธานคณะกรรมการตรวจรับพัสดุ / หัวหน้าส่วนราชการ ....................................................................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ข้าพเจ้า [ชื่อผู้รับจ้าง/บริษัท] ได้ทำสัญญาจ้างเลขที่ [เลขที่สัญญา] ลงวันที่ [วันที่] เพื่อดำเนินการ [ชื่องานจ้าง] ในวงเงิน [จำนวนเงิน] บาท นั้น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บัดนี้ ข้าพเจ้าได้ดำเนินการปฏิบัติงาน / ส่งมอบพัสดุตามสัญญาดังกล่าวเสร็จสิ้นเรียบร้อยถูกต้องตามข้อกำหนดทุกประการแล้ว จึงขอส่งมอบงานและขอความกรุณาคณะกรรมการตรวจรับพัสดุได้โปรดดำเนินการตรวจรับงานเพื่อเบิกจ่ายเงินต่อไป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ขอแสดงความนับถือ</w:t>
              <w:br/>
              <w:br/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ผู้รับจ้าง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[ชื่อผู้มีอำนาจลงนาม/ผู้รับจ้าง]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