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แบบคำขอลงทะเบียนรับเงินเบี้ยความพิการ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องค์กรปกครองส่วนท้องถิ่น (เทศบาล / อบต.) ........................................................................................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คนพิการ / ผู้ดูแล] เลขบัตรประชาชน [เลข ๑๓ หลัก] สมุดประจำตัวคนพิการเลขที่ [เลขที่สมุดคนพิการ] ขอรับเงินเบี้ยความพิการ โดย: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รับเงินสดด้วยตนเอง ณ ที่ทำการองค์กรปกครองส่วนท้องถิ่น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โอนเงินเข้าบัญชีธนาคาร [ชื่อธนาคาร] เลขที่ [เลขที่บัญชี]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ผู้ยื่นคำขอ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[ชื่อผู้ยื่นคำขอ]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