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4535"/>
        <w:gridCol w:w="4535"/>
      </w:tblGrid>
      <w:tr>
        <w:trPr>
          <w:cantSplit/>
        </w:trPr>
        <w:tc>
          <w:tcPr>
            <w:tcW w:type="dxa" w:w="1701"/>
            <w:tcBorders>
              <w:top w:val="none"/>
              <w:left w:val="none"/>
              <w:bottom w:val="none"/>
              <w:right w:val="none"/>
              <w:insideH w:val="none"/>
              <w:insideV w:val="none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spacing w:before="0" w:after="0" w:line="240" w:lineRule="auto"/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507519" cy="540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garuda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7519" cy="54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370"/>
            <w:tcBorders>
              <w:top w:val="none"/>
              <w:left w:val="none"/>
              <w:bottom w:val="none"/>
              <w:right w:val="none"/>
              <w:insideH w:val="none"/>
              <w:insideV w:val="none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spacing w:before="80" w:after="0" w:line="240" w:lineRule="auto"/>
              <w:jc w:val="center"/>
            </w:pPr>
            <w:r>
              <w:rPr>
                <w:rFonts w:ascii="TH Sarabun PSK" w:hAnsi="TH Sarabun PSK"/>
                <w:b/>
                <w:i w:val="0"/>
                <w:sz w:val="58"/>
                <w:rFonts w:ascii="TH Sarabun PSK" w:hAnsi="TH Sarabun PSK" w:cs="TH Sarabun PSK"/>
              </w:rPr>
              <w:t>บันทึกข้อความ</w:t>
            </w:r>
          </w:p>
        </w:tc>
      </w:tr>
    </w:tbl>
    <w:p>
      <w:pPr>
        <w:spacing w:before="80" w:after="20" w:line="240" w:lineRule="auto"/>
        <w:jc w:val="left"/>
      </w:pPr>
      <w:r>
        <w:rPr>
          <w:rFonts w:ascii="TH Sarabun PSK" w:hAnsi="TH Sarabun PSK"/>
          <w:b/>
          <w:i w:val="0"/>
          <w:sz w:val="32"/>
          <w:rFonts w:ascii="TH Sarabun PSK" w:hAnsi="TH Sarabun PSK" w:cs="TH Sarabun PSK"/>
        </w:rPr>
        <w:t xml:space="preserve">ส่วนราชการ   </w:t>
      </w:r>
      <w:r>
        <w:rPr>
          <w:rFonts w:ascii="TH Sarabun PSK" w:hAnsi="TH Sarabun PSK"/>
          <w:b w:val="0"/>
          <w:i w:val="0"/>
          <w:color w:val="0046A0"/>
          <w:sz w:val="32"/>
          <w:rFonts w:ascii="TH Sarabun PSK" w:hAnsi="TH Sarabun PSK" w:cs="TH Sarabun PSK"/>
        </w:rPr>
        <w:t>กลุ่มสาระการเรียนรู้[ระบุกลุ่มสาระ] โรงเรียน[ชื่อโรงเรียน]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/>
              <w:left w:val="none"/>
              <w:bottom w:val="none"/>
              <w:right w:val="none"/>
              <w:insideH w:val="none"/>
              <w:insideV w:val="none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spacing w:before="20" w:after="20" w:line="240" w:lineRule="auto"/>
              <w:jc w:val="left"/>
            </w:pPr>
            <w:r>
              <w:rPr>
                <w:rFonts w:ascii="TH Sarabun PSK" w:hAnsi="TH Sarabun PSK"/>
                <w:b/>
                <w:i w:val="0"/>
                <w:sz w:val="32"/>
                <w:rFonts w:ascii="TH Sarabun PSK" w:hAnsi="TH Sarabun PSK" w:cs="TH Sarabun PSK"/>
              </w:rPr>
              <w:t xml:space="preserve">ที่   </w:t>
            </w:r>
            <w:r>
              <w:rPr>
                <w:rFonts w:ascii="TH Sarabun PSK" w:hAnsi="TH Sarabun PSK"/>
                <w:b w:val="0"/>
                <w:i w:val="0"/>
                <w:color w:val="0046A0"/>
                <w:sz w:val="32"/>
                <w:rFonts w:ascii="TH Sarabun PSK" w:hAnsi="TH Sarabun PSK" w:cs="TH Sarabun PSK"/>
              </w:rPr>
              <w:t>[เลขที่หนังสือ เช่น ศธ ๐๔xxx/xxxx]</w:t>
            </w:r>
          </w:p>
        </w:tc>
        <w:tc>
          <w:tcPr>
            <w:tcW w:type="dxa" w:w="4535"/>
            <w:tcBorders>
              <w:top w:val="none"/>
              <w:left w:val="none"/>
              <w:bottom w:val="none"/>
              <w:right w:val="none"/>
              <w:insideH w:val="none"/>
              <w:insideV w:val="none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spacing w:before="20" w:after="20" w:line="240" w:lineRule="auto"/>
              <w:jc w:val="left"/>
            </w:pPr>
            <w:r>
              <w:rPr>
                <w:rFonts w:ascii="TH Sarabun PSK" w:hAnsi="TH Sarabun PSK"/>
                <w:b/>
                <w:i w:val="0"/>
                <w:sz w:val="32"/>
                <w:rFonts w:ascii="TH Sarabun PSK" w:hAnsi="TH Sarabun PSK" w:cs="TH Sarabun PSK"/>
              </w:rPr>
              <w:t xml:space="preserve">วันที่   </w:t>
            </w:r>
            <w:r>
              <w:rPr>
                <w:rFonts w:ascii="TH Sarabun PSK" w:hAnsi="TH Sarabun PSK"/>
                <w:b w:val="0"/>
                <w:i w:val="0"/>
                <w:color w:val="0046A0"/>
                <w:sz w:val="32"/>
                <w:rFonts w:ascii="TH Sarabun PSK" w:hAnsi="TH Sarabun PSK" w:cs="TH Sarabun PSK"/>
              </w:rPr>
              <w:t>[วันที่] [เดือน] [พ.ศ.]</w:t>
            </w:r>
          </w:p>
        </w:tc>
      </w:tr>
    </w:tbl>
    <w:p>
      <w:pPr>
        <w:spacing w:before="20" w:after="20" w:line="240" w:lineRule="auto"/>
        <w:jc w:val="left"/>
      </w:pPr>
      <w:r>
        <w:rPr>
          <w:rFonts w:ascii="TH Sarabun PSK" w:hAnsi="TH Sarabun PSK"/>
          <w:b/>
          <w:i w:val="0"/>
          <w:sz w:val="32"/>
          <w:rFonts w:ascii="TH Sarabun PSK" w:hAnsi="TH Sarabun PSK" w:cs="TH Sarabun PSK"/>
        </w:rPr>
        <w:t xml:space="preserve">เรื่อง   </w:t>
      </w:r>
      <w:r>
        <w:rPr>
          <w:rFonts w:ascii="TH Sarabun PSK" w:hAnsi="TH Sarabun PSK"/>
          <w:b/>
          <w:i w:val="0"/>
          <w:color w:val="0046A0"/>
          <w:sz w:val="32"/>
          <w:rFonts w:ascii="TH Sarabun PSK" w:hAnsi="TH Sarabun PSK" w:cs="TH Sarabun PSK"/>
        </w:rPr>
        <w:t>ขออนุมัติจัดซื้อสื่อการเรียนการสอนและวัสดุอุปกรณ์การศึกษา</w:t>
      </w:r>
    </w:p>
    <w:p>
      <w:pPr>
        <w:spacing w:before="20" w:after="80" w:line="240" w:lineRule="auto"/>
        <w:jc w:val="left"/>
      </w:pPr>
      <w:r>
        <w:rPr>
          <w:rFonts w:ascii="TH Sarabun PSK" w:hAnsi="TH Sarabun PSK"/>
          <w:b/>
          <w:i w:val="0"/>
          <w:sz w:val="32"/>
          <w:rFonts w:ascii="TH Sarabun PSK" w:hAnsi="TH Sarabun PSK" w:cs="TH Sarabun PSK"/>
        </w:rPr>
        <w:t xml:space="preserve">เรียน   </w:t>
      </w:r>
      <w:r>
        <w:rPr>
          <w:rFonts w:ascii="TH Sarabun PSK" w:hAnsi="TH Sarabun PSK"/>
          <w:b w:val="0"/>
          <w:i w:val="0"/>
          <w:color w:val="0046A0"/>
          <w:sz w:val="32"/>
          <w:rFonts w:ascii="TH Sarabun PSK" w:hAnsi="TH Sarabun PSK" w:cs="TH Sarabun PSK"/>
        </w:rPr>
        <w:t>ผู้อำนวยการโรงเรียน[ชื่อโรงเรียน]</w:t>
      </w:r>
    </w:p>
    <w:p>
      <w:pPr>
        <w:spacing w:before="40" w:after="40" w:line="276" w:lineRule="auto"/>
        <w:ind w:firstLine="1417"/>
        <w:jc w:val="left"/>
      </w:pPr>
      <w:r>
        <w:rPr>
          <w:rFonts w:ascii="TH Sarabun PSK" w:hAnsi="TH Sarabun PSK"/>
          <w:b w:val="0"/>
          <w:i w:val="0"/>
          <w:color w:val="0046A0"/>
          <w:sz w:val="32"/>
          <w:rFonts w:ascii="TH Sarabun PSK" w:hAnsi="TH Sarabun PSK" w:cs="TH Sarabun PSK"/>
        </w:rPr>
        <w:t>ด้วย กลุ่มสาระการเรียนรู้[ระบุกลุ่มสาระ] มีความจำเป็นต้องจัดซื้อสื่อและวัสดุการศึกษาเพื่อใช้จัดการเรียนรู้ Active Learning ประจำภาคเรียนที่ [ระบุภาคเรียน] ปีการศึกษา [ปี พ.ศ.]</w:t>
      </w:r>
    </w:p>
    <w:p>
      <w:pPr>
        <w:spacing w:before="40" w:after="40" w:line="276" w:lineRule="auto"/>
        <w:ind w:firstLine="1417"/>
        <w:jc w:val="left"/>
      </w:pPr>
      <w:r>
        <w:rPr>
          <w:rFonts w:ascii="TH Sarabun PSK" w:hAnsi="TH Sarabun PSK"/>
          <w:b w:val="0"/>
          <w:i w:val="0"/>
          <w:color w:val="0046A0"/>
          <w:sz w:val="32"/>
          <w:rFonts w:ascii="TH Sarabun PSK" w:hAnsi="TH Sarabun PSK" w:cs="TH Sarabun PSK"/>
        </w:rPr>
        <w:t>ในการนี้ ขออนุมัติจัดซื้อสื่อและวัสดุการศึกษาตามรายการแนบ เป็นเงินทั้งสิ้น [จำนวนเงิน] บาท ([จำนวนเงินตัวอักษร]) โดยขอเบิกจ่ายจากงบประมาณเงินอุดหนุนรายหัวโครงการสนับสนุนการจัดการศึกษาขั้นพื้นฐาน</w:t>
      </w:r>
    </w:p>
    <w:p>
      <w:pPr>
        <w:spacing w:before="40" w:after="80" w:line="240" w:lineRule="auto"/>
        <w:ind w:firstLine="1417"/>
        <w:jc w:val="left"/>
      </w:pPr>
      <w:r>
        <w:rPr>
          <w:rFonts w:ascii="TH Sarabun PSK" w:hAnsi="TH Sarabun PSK"/>
          <w:b w:val="0"/>
          <w:i w:val="0"/>
          <w:sz w:val="32"/>
          <w:rFonts w:ascii="TH Sarabun PSK" w:hAnsi="TH Sarabun PSK" w:cs="TH Sarabun PSK"/>
        </w:rPr>
        <w:t>จึงเรียนมาเพื่อโปรดพิจารณาอนุมัติ</w:t>
      </w:r>
    </w:p>
    <w:tbl>
      <w:tblPr>
        <w:tblW w:type="auto" w:w="0"/>
        <w:jc w:val="left"/>
        <w:tblLook w:firstColumn="1" w:firstRow="1" w:lastColumn="0" w:lastRow="0" w:noHBand="0" w:noVBand="1" w:val="04A0"/>
        <w:tblInd w:w="0" w:type="dxa"/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/>
              <w:left w:val="none"/>
              <w:bottom w:val="none"/>
              <w:right w:val="none"/>
              <w:insideH w:val="none"/>
              <w:insideV w:val="none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/>
        </w:tc>
        <w:tc>
          <w:tcPr>
            <w:tcW w:type="dxa" w:w="4535"/>
            <w:tcBorders>
              <w:top w:val="none"/>
              <w:left w:val="none"/>
              <w:bottom w:val="none"/>
              <w:right w:val="none"/>
              <w:insideH w:val="none"/>
              <w:insideV w:val="none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spacing w:before="60" w:after="0" w:line="240" w:lineRule="auto"/>
              <w:jc w:val="center"/>
            </w:pPr>
            <w:r>
              <w:rPr>
                <w:rFonts w:ascii="TH Sarabun PSK" w:hAnsi="TH Sarabun PSK"/>
                <w:b w:val="0"/>
                <w:i w:val="0"/>
                <w:sz w:val="32"/>
                <w:rFonts w:ascii="TH Sarabun PSK" w:hAnsi="TH Sarabun PSK" w:cs="TH Sarabun PSK"/>
              </w:rPr>
              <w:t>(ลงชื่อ) ......................................................... ผู้ขออนุมัติ</w:t>
              <w:br/>
            </w:r>
            <w:r>
              <w:rPr>
                <w:rFonts w:ascii="TH Sarabun PSK" w:hAnsi="TH Sarabun PSK"/>
                <w:b w:val="0"/>
                <w:i w:val="0"/>
                <w:color w:val="0046A0"/>
                <w:sz w:val="32"/>
                <w:rFonts w:ascii="TH Sarabun PSK" w:hAnsi="TH Sarabun PSK" w:cs="TH Sarabun PSK"/>
              </w:rPr>
              <w:t>( [ชื่อหัวหน้ากลุ่มสาระ/ครูผู้ขอ] )</w:t>
              <w:br/>
            </w:r>
            <w:r>
              <w:rPr>
                <w:rFonts w:ascii="TH Sarabun PSK" w:hAnsi="TH Sarabun PSK"/>
                <w:b w:val="0"/>
                <w:i w:val="0"/>
                <w:sz w:val="30"/>
                <w:rFonts w:ascii="TH Sarabun PSK" w:hAnsi="TH Sarabun PSK" w:cs="TH Sarabun PSK"/>
              </w:rPr>
              <w:t>ตำแหน่ง .........................................................</w:t>
              <w:br/>
              <w:br/>
            </w:r>
            <w:r>
              <w:rPr>
                <w:rFonts w:ascii="TH Sarabun PSK" w:hAnsi="TH Sarabun PSK"/>
                <w:b w:val="0"/>
                <w:i w:val="0"/>
                <w:sz w:val="28"/>
                <w:rFonts w:ascii="TH Sarabun PSK" w:hAnsi="TH Sarabun PSK" w:cs="TH Sarabun PSK"/>
              </w:rPr>
              <w:t>คำสั่ง:  [  ] อนุมัติ      [  ] ไม่อนุมัติ</w:t>
              <w:br/>
              <w:br/>
              <w:t>(ลงชื่อ) .........................................................</w:t>
              <w:br/>
              <w:t>ผู้อำนวยการโรงเรียน ....................................</w:t>
            </w:r>
          </w:p>
        </w:tc>
      </w:tr>
    </w:tbl>
    <w:sectPr w:rsidR="00FC693F" w:rsidRPr="0006063C" w:rsidSect="00034616">
      <w:pgSz w:w="11906" w:h="16838"/>
      <w:pgMar w:top="1134" w:right="1134" w:bottom="850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H Sarabun PSK" w:hAnsi="TH Sarabun PSK"/>
      <w:color w:val="000000"/>
      <w:sz w:val="3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