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015038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rud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5038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ที่  ศธ [เลขที่หนังสือ]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โรงเรียน[ชื่อโรงเรียน]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[ที่อยู่โรงเรียน]</w:t>
            </w:r>
          </w:p>
        </w:tc>
      </w:tr>
    </w:tbl>
    <w:p>
      <w:pPr>
        <w:spacing w:before="40" w:after="40" w:line="240" w:lineRule="auto"/>
        <w:jc w:val="center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วันที่ [วันที่] เดือน [เดือน] พ.ศ. [ปี]</w:t>
      </w:r>
    </w:p>
    <w:p>
      <w:pPr>
        <w:spacing w:before="2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เรื่อง   </w:t>
      </w: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ขอความอนุเคราะห์วิทยากรบรรยายให้ความรู้แก่นักเรียน / ครู</w:t>
      </w:r>
    </w:p>
    <w:p>
      <w:pPr>
        <w:spacing w:before="2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[ระบุตำแหน่งหัวหน้าหน่วยงาน/ผู้บริหารของวิทยากร]</w:t>
      </w:r>
    </w:p>
    <w:p>
      <w:pPr>
        <w:spacing w:before="20" w:after="2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ด้วย โรงเรียน[ชื่อโรงเรียน] มีกำหนดจัดโครงการ [ชื่อโครงการ] ในวันที่ [วันที่] เวลา [เวลา] ณ [สถานที่จัดกิจกรรม]</w:t>
      </w:r>
    </w:p>
    <w:p>
      <w:pPr>
        <w:spacing w:before="20" w:after="2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โรงเรียนพิจารณาเห็นว่า [ชื่อ - สกุล วิทยากร] ตำแหน่ง [ตำแหน่ง] ในสังกัดของท่าน เป็นผู้มีความรู้ความสามารถและประสบการณ์สูง จึงใคร่ขอความอนุเคราะห์อนุญาตให้มาเป็นวิทยากรบรรยายในหัวข้อดังกล่าว</w:t>
      </w:r>
    </w:p>
    <w:p>
      <w:pPr>
        <w:spacing w:before="20" w:after="4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จึงเรียนมาเพื่อโปรดพิจารณาให้ความอนุเคราะห์ และขอขอบคุณมา ณ โอกาสนี้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ขอแสดงความนับถือ</w:t>
              <w:br/>
              <w:br/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[ชื่อผู้อำนวยการโรงเรียน]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ผู้อำนวยการโรงเรียน[ชื่อโรงเรียน]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