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  <w:jc w:val="center"/>
      </w:pPr>
      <w:r>
        <w:rPr>
          <w:rFonts w:ascii="TH Sarabun PSK" w:hAnsi="TH Sarabun PSK"/>
          <w:b/>
          <w:i w:val="0"/>
          <w:sz w:val="36"/>
          <w:rFonts w:ascii="TH Sarabun PSK" w:hAnsi="TH Sarabun PSK" w:cs="TH Sarabun PSK"/>
        </w:rPr>
        <w:t>สัญญายืมเงินทดรองราชการ (แบบ กค.)</w:t>
        <w:br/>
      </w:r>
      <w:r>
        <w:rPr>
          <w:rFonts w:ascii="TH Sarabun PSK" w:hAnsi="TH Sarabun PSK"/>
          <w:b/>
          <w:i w:val="0"/>
          <w:color w:val="0046A0"/>
          <w:sz w:val="32"/>
          <w:rFonts w:ascii="TH Sarabun PSK" w:hAnsi="TH Sarabun PSK" w:cs="TH Sarabun PSK"/>
        </w:rPr>
        <w:t>สัญญาเลขที่ [เลขที่สัญญายืมเงิน] / ๒๕[ปี]</w:t>
      </w:r>
    </w:p>
    <w:tbl>
      <w:tblPr>
        <w:tblW w:type="auto" w:w="0"/>
        <w:jc w:val="left"/>
        <w:tblLook w:firstColumn="1" w:firstRow="1" w:lastColumn="0" w:lastRow="0" w:noHBand="0" w:noVBand="1" w:val="04A0"/>
        <w:tblInd w:w="0" w:type="dxa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/>
        </w:tc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20" w:after="0" w:line="240" w:lineRule="auto"/>
              <w:jc w:val="left"/>
            </w:pP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ยื่นต่อ: [ชื่อส่วนราชการผู้ให้ยืม]</w:t>
              <w:br/>
            </w: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วันที่: [วันที่]</w:t>
            </w:r>
          </w:p>
        </w:tc>
      </w:tr>
    </w:tbl>
    <w:p>
      <w:pPr>
        <w:spacing w:before="40" w:after="40" w:line="276" w:lineRule="auto"/>
        <w:ind w:firstLine="1417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ข้าพเจ้า [ชื่อ - นามสกุล ผู้ยืม] ตำแหน่ง [ตำแหน่ง] สังกัด [หน่วยงาน] มีความจำเป็นต้องใช้จ่ายเงินราชการเพื่อ [ระบุวัตถุประสงค์ เช่น ดำเนินโครงการ / เดินทางไปราชการ] ขอยืมเงินจำนวน [จำนวนเงิน] บาท ([จำนวนเงินตัวอักษร])</w:t>
      </w:r>
    </w:p>
    <w:p>
      <w:pPr>
        <w:spacing w:before="40" w:after="40" w:line="276" w:lineRule="auto"/>
        <w:ind w:firstLine="1417"/>
        <w:jc w:val="left"/>
      </w:pPr>
      <w:r>
        <w:rPr>
          <w:rFonts w:ascii="TH Sarabun PSK" w:hAnsi="TH Sarabun PSK"/>
          <w:b w:val="0"/>
          <w:i w:val="0"/>
          <w:sz w:val="32"/>
          <w:rFonts w:ascii="TH Sarabun PSK" w:hAnsi="TH Sarabun PSK" w:cs="TH Sarabun PSK"/>
        </w:rPr>
        <w:t>ข้าพเจ้าสัญญาว่าจะปฏิบัติตามระเบียบของทางราชการทุกประการ และจะนำใบสำคัญคู่จ่ายที่ถูกต้องพร้อมเงินเหลือจ่าย (ถ้ามี) ส่งใช้คืนภายใน ๓๐ วัน นับแต่วันที่ได้รับเงินยืม หรือเสร็จสิ้นภารกิจ หากไม่ส่งใช้ตามกำหนด ยินยอมให้หักเงินเดือนหรือเงินอื่นใดที่พึงได้รับ ชดใช้คืนจนครบถ้วน</w:t>
      </w:r>
    </w:p>
    <w:tbl>
      <w:tblPr>
        <w:tblW w:type="auto" w:w="0"/>
        <w:jc w:val="left"/>
        <w:tblLook w:firstColumn="1" w:firstRow="1" w:lastColumn="0" w:lastRow="0" w:noHBand="0" w:noVBand="1" w:val="04A0"/>
        <w:tblInd w:w="0" w:type="dxa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4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(ลงชื่อ) ......................................................... ผู้ยืม</w:t>
              <w:br/>
              <w:t>( ......................................................... )</w:t>
            </w:r>
          </w:p>
        </w:tc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4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(ลงชื่อ) ......................................................... ผู้อนุมัติ</w:t>
              <w:br/>
              <w:t>( ......................................................... )</w:t>
            </w:r>
          </w:p>
        </w:tc>
      </w:tr>
      <w:tr>
        <w:trPr>
          <w:cantSplit/>
        </w:trPr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4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(ลงชื่อ) ......................................................... ผู้จ่ายเงิน</w:t>
              <w:br/>
              <w:t>( ......................................................... )</w:t>
            </w:r>
          </w:p>
        </w:tc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4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(ลงชื่อ) ......................................................... ผู้รับเงินยืม</w:t>
              <w:br/>
              <w:t>( ......................................................... )</w:t>
            </w:r>
          </w:p>
        </w:tc>
      </w:tr>
    </w:tbl>
    <w:sectPr w:rsidR="00FC693F" w:rsidRPr="0006063C" w:rsidSect="00034616">
      <w:pgSz w:w="11906" w:h="16838"/>
      <w:pgMar w:top="1134" w:right="1134" w:bottom="85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H Sarabun PSK" w:hAnsi="TH Sarabun PSK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