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แบบ บช.๑</w:t>
        <w:br/>
      </w:r>
    </w:p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คำขอมีบัตรประจำตัวเจ้าหน้าที่ของรัฐ / ข้าราชการครู</w:t>
        <w:br/>
      </w:r>
      <w:r>
        <w:rPr>
          <w:rFonts w:ascii="TH Sarabun PSK" w:hAnsi="TH Sarabun PSK"/>
          <w:b w:val="0"/>
          <w:i w:val="0"/>
          <w:sz w:val="28"/>
          <w:rFonts w:ascii="TH Sarabun PSK" w:hAnsi="TH Sarabun PSK" w:cs="TH Sarabun PSK"/>
        </w:rPr>
        <w:t>ตามพระราชบัญญัติบัตรประจำตัวเจ้าหน้าที่ของรัฐ พ.ศ. ๒๕๔๒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นามสกุล] เกิดวันที่ [วันเกิด] เลขบัตรประชาชน [เลข ๑๓ หลัก] ตำแหน่ง [ตำแหน่ง] สังกัด [ชื่อหน่วยงาน/โรงเรียน] ขอยื่นคำขอมีบัตรประจำตัวเจ้าหน้าที่ของรัฐเนื่องจาก: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[  ] มีบัตรครั้งแรก (บรรจุใหม่ / ได้รับแต่งตั้ง)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[  ] บัตรเดิมหมดอายุ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[  ] บัตรหายหรือถูกทำลาย (แนบใบแจ้งความ)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[  ] เปลี่ยนชื่อตัว / ชื่อสกุล / ตำแหน่ง / เลื่อนวิทยฐานะ</w:t>
      </w:r>
    </w:p>
    <w:p>
      <w:pPr>
        <w:spacing w:before="40" w:after="4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ข้าพเจ้าขอรับรองว่าข้อความข้างต้นเป็นความจริงทุกประการ พร้อมนี้ได้แนบรูปถ่ายหน้าตรงขนาด ๑ นิ้ว จำนวน ๒ รูป มาด้วยแล้ว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ผู้ยื่นคำขอ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[ชื่อผู้ยื่นคำขอ]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วันที่ .......... เดือน .................... พ.ศ. ๒๕.......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