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หนังสืออนุญาต / ยินยอมให้ใช้สถานที่และอาคารของทางราชการ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หน่วยงานผู้อนุญาต [ชื่อหน่วยงาน/โรงเรียน/อปท.]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[ชื่อผู้ขอใช้สถานที่/องค์กร] ได้ขออนุญาตใช้สถานที่ [ระบุอาคารสถานที่ เช่น อาคารหอประชุม / สนามกีฬา] เพื่อจัดกิจกรรม [ระบุชื่อกิจกรรม] ในวันที่ [วันที่] นั้น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หน่วยงานพิจารณาแล้ว อนุญาตให้ใช้สถานที่ได้ตามวันและเวลาดังกล่าว โดยผู้ขอใช้สถานที่จะต้องดูแลรักษาความสะอาดและทรัพย์สินของทางราชการให้อยู่ในสภาพเรียบร้อย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ผู้อนุญาต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[ชื่อผู้มีอำนาจอนุญาต]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