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อภ. ๑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คำขอรับใบอนุญาตจัดตั้งสถานที่ประกอบกิจการที่เป็นอันตรายต่อสุขภาพ</w:t>
        <w:br/>
      </w:r>
      <w:r>
        <w:rPr>
          <w:rFonts w:ascii="TH Sarabun PSK" w:hAnsi="TH Sarabun PSK"/>
          <w:b w:val="0"/>
          <w:i w:val="0"/>
          <w:sz w:val="28"/>
          <w:rFonts w:ascii="TH Sarabun PSK" w:hAnsi="TH Sarabun PSK" w:cs="TH Sarabun PSK"/>
        </w:rPr>
        <w:t>ตามพระราชบัญญัติการสาธารณสุข พ.ศ. ๒๕๓๕ (เทศบาล / อบต.)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เขียนที่: [ที่อยู่สถานที่เขียนคำขอ]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4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เจ้าพนักงานท้องถิ่น (นายกเทศมนตรี / นายก อบต. [ชื่อ อปท.])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สกุล ผู้ขออนุญาต] อายุ [อายุ] ปี บัตรประชาชน [เลข ๑๓ หลัก] อยู่บ้านเลขที่ [ที่อยู่] ขอยื่นคำขอรับใบอนุญาตประกอบกิจการประเภท [ระบุประเภทกิจการ เช่น อู่ซ่อมรถ / โรงสี / ฟาร์มเลี้ยงสัตว์] ชื่อสถานประกอบการ [ชื่อร้าน/สถานประกอบการ]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ผู้ขออนุญาต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[ชื่อผู้ขออนุญาต]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โทรศัพท์: 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