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แบบแจ้งข้อมูลการรับเงินโอนผ่านระบบอิเล็กทรอนิกส์ (KTB Corporate Online)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สำหรับ ข้าราชการ / ลูกจ้าง / ผู้ขาย / ผู้รับจ้าง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[ชื่อบุคคล / นิติบุคคล / ร้านค้า] เลขประจำตัวประชาชน / ผู้เสียภาษี [เลข ๑๓ หลัก] ขอแจ้งข้อมูลบัญชีธนาคารเพื่อรับเงินโอนจากทางราชการ ดังนี้:</w:t>
      </w:r>
    </w:p>
    <w:p>
      <w:pPr>
        <w:spacing w:before="2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๑. ชื่อธนาคาร: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ธนาคารกรุงไทย จำกัด (มหาชน) [หรือ ระบุธนาคารอื่น]</w:t>
      </w:r>
    </w:p>
    <w:p>
      <w:pPr>
        <w:spacing w:before="2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๒. ชื่อสาขา: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[ระบุสาขาธนาคาร]</w:t>
      </w:r>
    </w:p>
    <w:p>
      <w:pPr>
        <w:spacing w:before="2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๓. ชื่อบัญชีเงินฝาก: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[ระบุชื่อบัญชีตรงตามหน้าสมุดบัญชี]</w:t>
      </w:r>
    </w:p>
    <w:p>
      <w:pPr>
        <w:spacing w:before="2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๔. เลขที่บัญชีเงินฝาก: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[ระบุเลขที่บัญชี ๑๐ หลัก]</w:t>
      </w:r>
    </w:p>
    <w:p>
      <w:pPr>
        <w:spacing w:before="2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๕. เบอร์โทรศัพท์ / อีเมลแจ้งผลโอน: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[ระบุเบอร์โทรและอีเมลสำหรับรับ SMS/Email แจ้งเตือนเงินเข้า]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พร้อมนี้ได้แนบสำเนาสมุดคู่ฝากบัญชีเงินฝากธนาคาร (Book Bank) รับรองสำเนาถูกต้องมาด้วยแล้ว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ผู้แจ้งข้อมูล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[ชื่อเจ้าของบัญชี]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วันที่ .......... เดือน .................... พ.ศ. ๒๕.......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