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แบบใบขอยกเลิกวันลา</w:t>
        <w:br/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เขียนที่: [ชื่อหน่วยงาน]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ตามที่ ข้าพเจ้า [ชื่อ - นามสกุล] ตำแหน่ง [ตำแหน่ง] ได้รับอนุมัติให้ลาพักผ่อน/ลากิจ ตั้งแต่วันที่ [วันที่เริ่ม] ถึงวันที่ [วันที่สิ้นสุด] รวม [จำนวนวัน] วันทำการ นั้น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เนื่องจากมีภารกิจงานราชการจำเป็นเร่งด่วน ข้าพเจ้าจึงขอยกเลิกวันลาดังกล่าว ตั้งแต่วันที่ [วันที่ขอยกเลิก] ถึง [วันที่สิ้นสุด] จำนวน [จำนวนวัน] วันทำการ และเข้าปฏิบัติหน้าที่ตามปกติ</w:t>
      </w:r>
    </w:p>
    <w:tbl>
      <w:tblPr>
        <w:tblW w:type="auto" w:w="0"/>
        <w:jc w:val="left"/>
        <w:tblLook w:firstColumn="1" w:firstRow="1" w:lastColumn="0" w:lastRow="0" w:noHBand="0" w:noVBand="1" w:val="04A0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......................................................... ผู้ขอยกเลิกวันลา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[ชื่อผู้ขอ] )</w:t>
              <w:br/>
            </w:r>
            <w:r>
              <w:rPr>
                <w:rFonts w:ascii="TH Sarabun PSK" w:hAnsi="TH Sarabun PSK"/>
                <w:b w:val="0"/>
                <w:i w:val="0"/>
                <w:sz w:val="30"/>
                <w:rFonts w:ascii="TH Sarabun PSK" w:hAnsi="TH Sarabun PSK" w:cs="TH Sarabun PSK"/>
              </w:rPr>
              <w:t>คำสั่ง:  [  ] อนุญาตยกเลิกวันลา</w:t>
              <w:br/>
              <w:br/>
              <w:t>(ลงชื่อ) .........................................................</w:t>
              <w:br/>
              <w:t>ตำแหน่ง .........................................................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