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รพ.สต. / กองสาธารณสุข [ชื่อหน่วยงาน]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ขออนุมัติโครงการและขอรับการสนับสนุนงบประมาณจากกองทุนหลักประกันสุขภาพ (สปสช. อปท.)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ประธานกองทุนหลักประกันสุขภาพ [ชื่อตำบล/เทศบาล]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หน่วยงานได้จัดทำโครงการ [ชื่อโครงการส่งเสริมสุขภาพ] ประจำปีงบประมาณ [ปี] เพื่อพัฒนาคุณภาพชีวิตและป้องกันโรคไม่ติดต่อเรื้อรัง (NCDs) ให้แก่ประชาชนในพื้นที่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ในการนี้ จึงขอเสนอโครงการเพื่อขออนุมัติและขอรับการสนับสนุนงบประมาณจากกองทุนหลักประกันสุขภาพ เป็นเงินทั้งสิ้น [จำนวนเงิน] บาท ([จำนวนเงินตัวอักษร])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ผู้เสนอโครงการ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[ชื่อผู้เสนอโครงการ/ผอ.รพ.สต.]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มติที่ประชุมกองทุน: [  ] อนุมัติ</w:t>
              <w:br/>
              <w:br/>
              <w:t>(ลงชื่อ) .........................................................</w:t>
              <w:br/>
              <w:t>ประธานกรรมการกองทุนหลักประกันสุขภาพ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