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ใบรับรองแพทย์ (Medical Certificate)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สถานพยาบาล [ชื่อโรงพยาบาล / รพ.สต. / คลินิก]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วันที่ตรวจ: [วันที่]</w:t>
            </w:r>
          </w:p>
        </w:tc>
      </w:tr>
    </w:tbl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ส่วนที่ ๑ : สำหรับผู้ขอรับการตรวจสุขภาพ (ประวัติสุขภาพ)</w:t>
      </w:r>
    </w:p>
    <w:p>
      <w:pPr>
        <w:spacing w:before="2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ผู้รับการตรวจ] เลขบัตรประชาชน [เลข ๑๓ หลัก] ขอรับรองว่าตนเองไม่มีโรคประจำตัวร้ายแรงหรือประวัติโรคต้องห้าม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ส่วนที่ ๒ : สำหรับแพทย์ผู้ตรวจร่างกาย</w:t>
      </w:r>
    </w:p>
    <w:p>
      <w:pPr>
        <w:spacing w:before="2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[ชื่อแพทย์] ใบอนุญาตประกอบวิชาชีพเวชกรรมเลขที่ [เลข ว.] ได้ทำการตรวจร่างกายแล้ว สรุปความเห็นว่า มีสุขภาพสมบูรณ์ดี ไม่เป็นผู้มีกายทุพพลภาพหรือเป็นโรคติดต่อร้ายแรง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แพทย์ผู้ตรวจ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[ชื่อแพทย์ผู้ตรวจ]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ใบอนุญาตเลขที่ 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