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บันทึกข้อตกลงความร่วมมือ (MOU)</w:t>
        <w:br/>
      </w:r>
      <w:r>
        <w:rPr>
          <w:rFonts w:ascii="TH Sarabun PSK" w:hAnsi="TH Sarabun PSK"/>
          <w:b/>
          <w:i w:val="0"/>
          <w:color w:val="0046A0"/>
          <w:sz w:val="30"/>
          <w:rFonts w:ascii="TH Sarabun PSK" w:hAnsi="TH Sarabun PSK" w:cs="TH Sarabun PSK"/>
        </w:rPr>
        <w:t>เรื่อง  [ระบุเรื่องความร่วมมือ เช่น การจัดการขยะชุมชน / การพัฒนาการศึกษา]</w:t>
        <w:br/>
        <w:t>ระหว่าง</w:t>
        <w:br/>
        <w:t>[ชื่อหน่วยงานฝ่ายที่ ๑] กับ [ชื่อหน่วยงานฝ่ายที่ ๒]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บันทึกข้อตกลงนี้ทำขึ้น ณ [สถานที่ลงนาม] เมื่อวันที่ [วันที่] โดยทั้งสองฝ่ายมีเจตจำนงร่วมกันเพื่อ [ระบุวัตถุประสงค์ความร่วมมือ] จึงได้ตกลงความร่วมมือกันดังนี้: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๑. วัตถุประสงค์แห่งความร่วมมือ: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เพื่อบูรณาการการทำงานร่วมกันในการพัฒนาและยกระดับคุณภาพชีวิต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๒. ขอบเขตความร่วมมือของฝ่ายที่ ๑: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สนับสนุนงบประมาณ บุคลากร และสถานที่ในการจัดกิจกรรม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๓. ขอบเขตความร่วมมือของฝ่ายที่ ๒: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สนับสนุนองค์ความรู้ วิทยากร และเทคโนโลยีในการดำเนินงาน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๔. ระยะเวลาแห่งข้อตกลง: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มีผลบังคับใช้นับตั้งแต่วันลงนามเป็นระยะเวลา ๓ ปี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</w:t>
              <w:br/>
              <w:t>( ......................................................... )</w:t>
              <w:br/>
              <w:t>ตำแหน่ง .........................................................</w:t>
              <w:br/>
              <w:t>ฝ่ายที่ ๑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</w:t>
              <w:br/>
              <w:t>( ......................................................... )</w:t>
              <w:br/>
              <w:t>ตำแหน่ง .........................................................</w:t>
              <w:br/>
              <w:t>ฝ่ายที่ ๒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