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240" w:lineRule="auto"/>
        <w:jc w:val="center"/>
      </w:pPr>
      <w:r>
        <w:rPr>
          <w:rFonts w:ascii="TH Sarabun PSK" w:hAnsi="TH Sarabun PSK"/>
          <w:b/>
          <w:i w:val="0"/>
          <w:sz w:val="36"/>
          <w:rFonts w:ascii="TH Sarabun PSK" w:hAnsi="TH Sarabun PSK" w:cs="TH Sarabun PSK"/>
        </w:rPr>
        <w:t>แบบใบลาอุปสมบท / ลาไปประกอบพิธีฮัจญ์</w:t>
        <w:br/>
      </w:r>
    </w:p>
    <w:tbl>
      <w:tblPr>
        <w:tblW w:type="auto" w:w="0"/>
        <w:jc w:val="left"/>
        <w:tblLook w:firstColumn="1" w:firstRow="1" w:lastColumn="0" w:lastRow="0" w:noHBand="0" w:noVBand="1" w:val="04A0"/>
        <w:tblInd w:w="0" w:type="dxa"/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/>
        </w:tc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spacing w:before="20" w:after="0" w:line="240" w:lineRule="auto"/>
              <w:jc w:val="left"/>
            </w:pPr>
            <w:r>
              <w:rPr>
                <w:rFonts w:ascii="TH Sarabun PSK" w:hAnsi="TH Sarabun PSK"/>
                <w:b w:val="0"/>
                <w:i w:val="0"/>
                <w:color w:val="0046A0"/>
                <w:sz w:val="32"/>
                <w:rFonts w:ascii="TH Sarabun PSK" w:hAnsi="TH Sarabun PSK" w:cs="TH Sarabun PSK"/>
              </w:rPr>
              <w:t>เขียนที่: [ชื่อหน่วยงาน]</w:t>
              <w:br/>
            </w:r>
            <w:r>
              <w:rPr>
                <w:rFonts w:ascii="TH Sarabun PSK" w:hAnsi="TH Sarabun PSK"/>
                <w:b w:val="0"/>
                <w:i w:val="0"/>
                <w:color w:val="0046A0"/>
                <w:sz w:val="32"/>
                <w:rFonts w:ascii="TH Sarabun PSK" w:hAnsi="TH Sarabun PSK" w:cs="TH Sarabun PSK"/>
              </w:rPr>
              <w:t>วันที่: [วันที่]</w:t>
            </w:r>
          </w:p>
        </w:tc>
      </w:tr>
    </w:tbl>
    <w:p>
      <w:pPr>
        <w:spacing w:before="40" w:after="20" w:line="240" w:lineRule="auto"/>
        <w:jc w:val="left"/>
      </w:pPr>
      <w:r>
        <w:rPr>
          <w:rFonts w:ascii="TH Sarabun PSK" w:hAnsi="TH Sarabun PSK"/>
          <w:b/>
          <w:i w:val="0"/>
          <w:sz w:val="32"/>
          <w:rFonts w:ascii="TH Sarabun PSK" w:hAnsi="TH Sarabun PSK" w:cs="TH Sarabun PSK"/>
        </w:rPr>
        <w:t xml:space="preserve">เรื่อง   </w:t>
      </w:r>
      <w:r>
        <w:rPr>
          <w:rFonts w:ascii="TH Sarabun PSK" w:hAnsi="TH Sarabun PSK"/>
          <w:b/>
          <w:i w:val="0"/>
          <w:sz w:val="32"/>
          <w:rFonts w:ascii="TH Sarabun PSK" w:hAnsi="TH Sarabun PSK" w:cs="TH Sarabun PSK"/>
        </w:rPr>
        <w:t>ขอ [  ] ลาอุปสมบท      [  ] ลาไปประกอบพิธีฮัจญ์</w:t>
      </w:r>
    </w:p>
    <w:p>
      <w:pPr>
        <w:spacing w:before="20" w:after="40" w:line="240" w:lineRule="auto"/>
        <w:jc w:val="left"/>
      </w:pPr>
      <w:r>
        <w:rPr>
          <w:rFonts w:ascii="TH Sarabun PSK" w:hAnsi="TH Sarabun PSK"/>
          <w:b/>
          <w:i w:val="0"/>
          <w:sz w:val="32"/>
          <w:rFonts w:ascii="TH Sarabun PSK" w:hAnsi="TH Sarabun PSK" w:cs="TH Sarabun PSK"/>
        </w:rPr>
        <w:t xml:space="preserve">เรียน   </w:t>
      </w:r>
      <w:r>
        <w:rPr>
          <w:rFonts w:ascii="TH Sarabun PSK" w:hAnsi="TH Sarabun PSK"/>
          <w:b w:val="0"/>
          <w:i w:val="0"/>
          <w:color w:val="0046A0"/>
          <w:sz w:val="32"/>
          <w:rFonts w:ascii="TH Sarabun PSK" w:hAnsi="TH Sarabun PSK" w:cs="TH Sarabun PSK"/>
        </w:rPr>
        <w:t>[ระบุตำแหน่งหัวหน้าส่วนราชการผู้มีอำนาจอนุญาต]</w:t>
      </w:r>
    </w:p>
    <w:p>
      <w:pPr>
        <w:spacing w:before="40" w:after="40" w:line="276" w:lineRule="auto"/>
        <w:ind w:firstLine="1417"/>
        <w:jc w:val="left"/>
      </w:pPr>
      <w:r>
        <w:rPr>
          <w:rFonts w:ascii="TH Sarabun PSK" w:hAnsi="TH Sarabun PSK"/>
          <w:b w:val="0"/>
          <w:i w:val="0"/>
          <w:color w:val="0046A0"/>
          <w:sz w:val="32"/>
          <w:rFonts w:ascii="TH Sarabun PSK" w:hAnsi="TH Sarabun PSK" w:cs="TH Sarabun PSK"/>
        </w:rPr>
        <w:t>ข้าพเจ้า [ชื่อ - นามสกุล] ตำแหน่ง [ตำแหน่ง] สังกัด [หน่วยงาน] รับราชการมาแล้ว [จำนวนปี] ปี [จำนวนเดือน] เดือน มีความศรัทธาใคร่ขอลา [อุปสมบท ณ วัด... / ไปประกอบพิธีฮัจญ์]</w:t>
      </w:r>
    </w:p>
    <w:p>
      <w:pPr>
        <w:spacing w:before="40" w:after="40" w:line="276" w:lineRule="auto"/>
        <w:ind w:firstLine="1417"/>
        <w:jc w:val="left"/>
      </w:pPr>
      <w:r>
        <w:rPr>
          <w:rFonts w:ascii="TH Sarabun PSK" w:hAnsi="TH Sarabun PSK"/>
          <w:b w:val="0"/>
          <w:i w:val="0"/>
          <w:color w:val="0046A0"/>
          <w:sz w:val="32"/>
          <w:rFonts w:ascii="TH Sarabun PSK" w:hAnsi="TH Sarabun PSK" w:cs="TH Sarabun PSK"/>
        </w:rPr>
        <w:t>ตั้งแต่วันที่ [วันที่เริ่มลา] ถึงวันที่ [วันที่สิ้นสุด] มีกำหนด [จำนวนวัน] วัน</w:t>
      </w:r>
    </w:p>
    <w:tbl>
      <w:tblPr>
        <w:tblW w:type="auto" w:w="0"/>
        <w:jc w:val="left"/>
        <w:tblLook w:firstColumn="1" w:firstRow="1" w:lastColumn="0" w:lastRow="0" w:noHBand="0" w:noVBand="1" w:val="04A0"/>
        <w:tblInd w:w="0" w:type="dxa"/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/>
        </w:tc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spacing w:before="60" w:after="0" w:line="240" w:lineRule="auto"/>
              <w:jc w:val="center"/>
            </w:pPr>
            <w:r>
              <w:rPr>
                <w:rFonts w:ascii="TH Sarabun PSK" w:hAnsi="TH Sarabun PSK"/>
                <w:b w:val="0"/>
                <w:i w:val="0"/>
                <w:sz w:val="32"/>
                <w:rFonts w:ascii="TH Sarabun PSK" w:hAnsi="TH Sarabun PSK" w:cs="TH Sarabun PSK"/>
              </w:rPr>
              <w:t>(ลงชื่อ) ......................................................... ผู้ขอลา</w:t>
              <w:br/>
            </w:r>
            <w:r>
              <w:rPr>
                <w:rFonts w:ascii="TH Sarabun PSK" w:hAnsi="TH Sarabun PSK"/>
                <w:b w:val="0"/>
                <w:i w:val="0"/>
                <w:color w:val="0046A0"/>
                <w:sz w:val="32"/>
                <w:rFonts w:ascii="TH Sarabun PSK" w:hAnsi="TH Sarabun PSK" w:cs="TH Sarabun PSK"/>
              </w:rPr>
              <w:t>( [ชื่อผู้ขอลา] )</w:t>
              <w:br/>
            </w:r>
            <w:r>
              <w:rPr>
                <w:rFonts w:ascii="TH Sarabun PSK" w:hAnsi="TH Sarabun PSK"/>
                <w:b w:val="0"/>
                <w:i w:val="0"/>
                <w:sz w:val="30"/>
                <w:rFonts w:ascii="TH Sarabun PSK" w:hAnsi="TH Sarabun PSK" w:cs="TH Sarabun PSK"/>
              </w:rPr>
              <w:t>คำสั่ง:  [  ] อนุญาต      [  ] ไม่อนุญาต</w:t>
              <w:br/>
              <w:br/>
              <w:t>(ลงชื่อ) .........................................................</w:t>
              <w:br/>
              <w:t>ตำแหน่ง .........................................................</w:t>
            </w:r>
          </w:p>
        </w:tc>
      </w:tr>
    </w:tbl>
    <w:sectPr w:rsidR="00FC693F" w:rsidRPr="0006063C" w:rsidSect="00034616">
      <w:pgSz w:w="11906" w:h="16838"/>
      <w:pgMar w:top="1134" w:right="1134" w:bottom="850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H Sarabun PSK" w:hAnsi="TH Sarabun PSK"/>
      <w:color w:val="000000"/>
      <w:sz w:val="3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