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1701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0" w:after="0" w:line="240" w:lineRule="auto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07519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rud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519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8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58"/>
                <w:rFonts w:ascii="TH Sarabun PSK" w:hAnsi="TH Sarabun PSK" w:cs="TH Sarabun PSK"/>
              </w:rPr>
              <w:t>บันทึกข้อความ</w:t>
            </w:r>
          </w:p>
        </w:tc>
      </w:tr>
    </w:tbl>
    <w:p>
      <w:pPr>
        <w:spacing w:before="8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ส่วนราชการ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งานพัสดุ [ชื่อหน่วยงาน]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ที่ 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[เลขที่หนังสือ เช่น ศธ ๐๔xxx/xxxx]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วันที่ 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[วันที่] [เดือน] [พ.ศ.]</w:t>
            </w:r>
          </w:p>
        </w:tc>
      </w:tr>
    </w:tbl>
    <w:p>
      <w:pPr>
        <w:spacing w:before="2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เรื่อง   </w:t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รายงานผลการพิจารณาและขออนุมัติสั่งซื้อ/สั่งจ้าง [ระบุชื่อโครงการ]</w:t>
      </w:r>
    </w:p>
    <w:p>
      <w:pPr>
        <w:spacing w:before="20" w:after="8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[ระบุตำแหน่งหัวหน้าส่วนราชการ]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ตามที่ ได้รับความเห็นชอบรายงานขอซื้อขอจ้าง ที่ [เลขที่บันทึก] ลงวันที่ [วันที่] เพื่อจัดซื้อ/จัดจ้าง [ระบุรายการ] ในวงเงินงบประมาณ [วงเงิน] บาท นั้น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เจ้าหน้าที่ได้เจรจาตกลงราคากับ [ชื่อผู้ขาย/ผู้รับจ้าง/บริษัท] ปรากฏว่า เสนอราคาเป็นเงิน [จำนวนเงิน] บาท ([จำนวนเงินตัวอักษร]) ซึ่งเป็นราคาที่ถูกต้องและไม่เกินวงเงินงบประมาณ</w:t>
      </w:r>
    </w:p>
    <w:p>
      <w:pPr>
        <w:spacing w:before="40" w:after="8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จึงเรียนมาเพื่อโปรดพิจารณาอนุมัติสั่งซื้อ / สั่งจ้าง จากผู้เสนอราคาดังกล่าว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เจ้าหน้าที่</w:t>
              <w:br/>
              <w:br/>
              <w:t>(ลงชื่อ) ......................................................... หัวหน้าเจ้าหน้าที่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คำสั่ง:  [  ] อนุมัติสั่งซื้อ/สั่งจ้าง</w:t>
              <w:br/>
              <w:br/>
              <w:t>(ลงชื่อ) .........................................................</w:t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[ชื่อหัวหน้าส่วนราชการ]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ตำแหน่ง .........................................................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