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คำร้องขอให้ตรวจสอบแนวเขตและระวังชี้แนวเขตที่ดินสาธารณประโยชน์</w:t>
        <w:br/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สกุล เจ้าของที่ดิน] เป็นเจ้าของที่ดินโฉนดเลขที่ [เลขโฉนด] มีความประสงค์จะรังวัดสอบเขตที่ดินซึ่งติดต่อกับที่สาธารณประโยชน์ จึงขอให้ อปท. จัดส่งเจ้าหน้าที่ไปร่วมระวังชี้แนวเขต ในวันที่ [วันที่รังวัด] เวลา [เวลา] น.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ผู้ยื่นคำร้อง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[ชื่อผู้ยื่นคำร้อง]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โทรศัพท์: 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