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สัญญาจ้างทำของ (แบบสั้น)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สัญญาเลขที่ [ระบุเลขที่สัญญา] / ๒๕[ปี]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สัญญาฉบับนี้ทำขึ้น ณ [สถานที่ทำสัญญา] เมื่อวันที่ [วันที่] ระหว่าง [ชื่อหน่วยงานผู้ว่าจ้าง] โดย [ชื่อผู้มีอำนาจลงนาม] ซึ่งต่อไปนี้เรียกว่า "ผู้ว่าจ้าง" ฝ่ายหนึ่ง กับ [ชื่อบุคคล/นิติบุคคลผู้รับจ้าง] ซึ่งต่อไปนี้เรียกว่า "ผู้รับจ้าง" อีกฝ่ายหนึ่ง ตกลงกันดังนี้: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ข้อ ๑. ข้อตกลงจ้าง: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ผู้ว่าจ้างตกลงจ้างและผู้รับจ้างตกลงรับจ้างทำงาน [ระบุชื่องานจ้าง] ตามข้อกำหนดในเอกสารแนบท้ายสัญญา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ข้อ ๒. ค่าจ้างและการจ่ายเงิน: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ผู้ว่าจ้างตกลงจ่ายค่าจ้างเป็นเงิน [จำนวนเงิน] บาท ([จำนวนเงินตัวอักษร]) เมื่อผู้รับจ้างปฏิบัติงานแล้วเสร็จและคณะกรรมการตรวจรับมอบงานเรียบร้อยแล้ว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ข้อ ๓. กำหนดเวลาทำงาน: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ผู้รับจ้างสัญญาว่าจะเริ่มทำงานภายในวันที่ [วันที่เริ่ม] และจะทำงานให้แล้วเสร็จสมบูรณ์ภายในวันที่ [วันที่สิ้นสุด]</w:t>
      </w:r>
    </w:p>
    <w:p>
      <w:pPr>
        <w:spacing w:before="2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ข้อ ๔. ค่าปรับ: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หากผู้รับจ้างส่งมอบงานล่าช้า ยินยอมให้ปรับเป็นรายวันในอัตราร้อยละ ๐.๑๐ ของค่าจ้างตามสัญญา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ผู้ว่าจ้าง</w:t>
              <w:br/>
              <w:t>( .........................................................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ผู้รับจ้าง</w:t>
              <w:br/>
              <w:t>( ......................................................... )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พยาน</w:t>
              <w:br/>
              <w:t>( .........................................................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พยาน</w:t>
              <w:br/>
              <w:t>( .........................................................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