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ประกาศ [ชื่อส่วนราชการ/โรงเรียน/หน่วยงาน]</w:t>
        <w:br/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เรื่อง  ประกาศผู้ชนะการเสนอราคา [ระบุชื่อโครงการ/รายการพัสดุ] โดยวิธีเฉพาะเจาะจง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[ชื่อส่วนราชการ] ได้มีโครงการจัดซื้อ/จัดจ้าง [ระบุรายการพัสดุ/งานจ้าง] โดยวิธีเฉพาะเจาะจง นั้น</w:t>
      </w:r>
    </w:p>
    <w:p>
      <w:pPr>
        <w:spacing w:before="40" w:after="6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การจัดซื้อ/จัดจ้างรายการดังกล่าว ผู้ได้รับการคัดเลือก ได้แก่ [ชื่อผู้ขาย/ผู้รับจ้าง/ห้างหุ้นส่วนจำกัด/บริษัท] โดยเสนอราคาเป็นเงินทั้งสิ้น [จำนวนเงินตัวเลข] บาท ([จำนวนเงินตัวอักษร]) รวมภาษีมูลค่าเพิ่มและค่าใช้จ่ายทั้งปวงแล้ว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ประกาศ ณ วันที่ [วันที่] เดือน [เดือน] พ.ศ. [ปี]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[ชื่อหัวหน้าส่วนราชการ]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