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  <w:jc w:val="center"/>
      </w:pPr>
      <w:r>
        <w:rPr>
          <w:rFonts w:ascii="TH Sarabun PSK" w:hAnsi="TH Sarabun PSK"/>
          <w:b/>
          <w:i w:val="0"/>
          <w:sz w:val="36"/>
          <w:rFonts w:ascii="TH Sarabun PSK" w:hAnsi="TH Sarabun PSK" w:cs="TH Sarabun PSK"/>
        </w:rPr>
        <w:t>แบบใบลาไปศึกษา ฝึกอบรม ดูงาน หรือปฏิบัติการวิจัย</w:t>
        <w:br/>
      </w:r>
    </w:p>
    <w:tbl>
      <w:tblPr>
        <w:tblW w:type="auto" w:w="0"/>
        <w:jc w:val="left"/>
        <w:tblLook w:firstColumn="1" w:firstRow="1" w:lastColumn="0" w:lastRow="0" w:noHBand="0" w:noVBand="1" w:val="04A0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/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2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เขียนที่: [ชื่อหน่วยงาน]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วันที่: [วันที่]</w:t>
            </w:r>
          </w:p>
        </w:tc>
      </w:tr>
    </w:tbl>
    <w:p>
      <w:pPr>
        <w:spacing w:before="40" w:after="40" w:line="276" w:lineRule="auto"/>
        <w:ind w:firstLine="1417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ข้าพเจ้า [ชื่อ - นามสกุล] ตำแหน่ง [ตำแหน่ง] สังกัด [หน่วยงาน] มีความประสงค์ขอลาไป [ศึกษาต่อระดับปริญญาโท-เอก / ฝึกอบรม] สาขา [สาขาวิชา] ณ [ชื่อสถาบันการศึกษา]</w:t>
      </w:r>
    </w:p>
    <w:p>
      <w:pPr>
        <w:spacing w:before="40" w:after="40" w:line="240" w:lineRule="auto"/>
        <w:ind w:firstLine="1417"/>
        <w:jc w:val="left"/>
      </w:pPr>
      <w:r>
        <w:rPr>
          <w:rFonts w:ascii="TH Sarabun PSK" w:hAnsi="TH Sarabun PSK"/>
          <w:b w:val="0"/>
          <w:i w:val="0"/>
          <w:sz w:val="32"/>
          <w:rFonts w:ascii="TH Sarabun PSK" w:hAnsi="TH Sarabun PSK" w:cs="TH Sarabun PSK"/>
        </w:rPr>
        <w:t>ตั้งแต่วันที่ .......... เดือน .................... พ.ศ. ๒๕....... ถึงวันที่ .......... เดือน .................... พ.ศ. ๒๕....... มีกำหนด .......... ปี .......... เดือน โดย [  ] ขอรับเงินเดือนเต็ม [  ] ไม่ขอรับเงินเดือน</w:t>
      </w:r>
    </w:p>
    <w:tbl>
      <w:tblPr>
        <w:tblW w:type="auto" w:w="0"/>
        <w:jc w:val="left"/>
        <w:tblLook w:firstColumn="1" w:firstRow="1" w:lastColumn="0" w:lastRow="0" w:noHBand="0" w:noVBand="1" w:val="04A0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/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6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......................................................... ผู้ขอลา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( [ชื่อผู้ขอลา] )</w:t>
              <w:br/>
            </w:r>
            <w:r>
              <w:rPr>
                <w:rFonts w:ascii="TH Sarabun PSK" w:hAnsi="TH Sarabun PSK"/>
                <w:b w:val="0"/>
                <w:i w:val="0"/>
                <w:sz w:val="30"/>
                <w:rFonts w:ascii="TH Sarabun PSK" w:hAnsi="TH Sarabun PSK" w:cs="TH Sarabun PSK"/>
              </w:rPr>
              <w:t>คำสั่ง:  [  ] อนุญาต</w:t>
              <w:br/>
              <w:br/>
              <w:t>(ลงชื่อ) .........................................................</w:t>
              <w:br/>
              <w:t>ตำแหน่ง .........................................................</w:t>
            </w:r>
          </w:p>
        </w:tc>
      </w:tr>
    </w:tbl>
    <w:sectPr w:rsidR="00FC693F" w:rsidRPr="0006063C" w:rsidSect="00034616">
      <w:pgSz w:w="11906" w:h="16838"/>
      <w:pgMar w:top="1134" w:right="1134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 PSK" w:hAnsi="TH Sarabun PSK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