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กลุ่มบริหารงานวิชาการ โรงเรียน[ชื่อโรงเรียน]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รายงานผลการเข้ารับการอบรมเชิงปฏิบัติการ เรื่อง [ระบุหัวข้ออบรม]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ผู้อำนวยการโรงเรียน[ชื่อโรงเรียน]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ข้าพเจ้า [ชื่อ - นามสกุล] ตำแหน่ง [ตำแหน่ง] ได้รับอนุมัติให้เข้าร่วมการอบรม เรื่อง [ระบุหัวข้อการอบรม] จัดโดย [หน่วยงานผู้จัด] เมื่อวันที่ [วันที่อบรม] ณ [สถานที่จัดอบรม]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บัดนี้ การอบรมได้เสร็จสิ้นเรียบร้อยแล้ว ข้าพเจ้าขอรายงานสรุปผลการอบรม ดังนี้</w:t>
        <w:br/>
        <w:t>๑. สาระสำคัญ: [สรุปความรู้และทักษะที่ได้รับ]</w:t>
        <w:br/>
        <w:t>๒. การนำไปใช้ประโยชน์: [ระบุแผนการนำความรู้ไปจัดการเรียนการสอนและขยายผลแก่เพื่อนครู]</w:t>
        <w:br/>
        <w:t>พร้อมนี้ได้แนบภาพถ่ายกิจกรรมและเกียรติบัตรมาพร้อมนี้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ผู้รายงาน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[ชื่อผู้รายงาน]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ความเห็นของผู้บริหาร: [  ] ทราบ</w:t>
              <w:br/>
              <w:br/>
              <w:t>(ลงชื่อ) .........................................................</w:t>
              <w:br/>
              <w:t>ผู้อำนวยการโรงเรียน 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